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E50DC7" w:rsidRDefault="00E15309">
      <w:pPr>
        <w:pStyle w:val="Heading1"/>
      </w:pPr>
      <w:r>
        <w:t>LAGI 2025 Fiji: Written Narrative</w:t>
      </w:r>
    </w:p>
    <w:p w:rsidR="00E50DC7" w:rsidRDefault="00E15309">
      <w:pPr>
        <w:pStyle w:val="Heading2"/>
      </w:pPr>
      <w:r>
        <w:t>1. Concept Narrative</w:t>
      </w:r>
    </w:p>
    <w:p w:rsidR="00E50DC7" w:rsidRDefault="00E15309">
      <w:r>
        <w:t>The Marou Village project integrates renewable energy and water systems into an aesthetic and functional landscape to address community needs while celebrating Fijian culture. The centerpiece is a</w:t>
      </w:r>
      <w:r>
        <w:t xml:space="preserve"> solar photovoltaic array, designed with patterns inspired by traditional Fijian tapa cloth, symbolizing harmony between modern technology and cultural heritage. This energy installation, in conjunction with modular rainwater harvesting tanks, ensures reli</w:t>
      </w:r>
      <w:r>
        <w:t>able access to electricity and freshwater.</w:t>
      </w:r>
      <w:r>
        <w:br/>
      </w:r>
      <w:r>
        <w:br/>
        <w:t xml:space="preserve">The design envisions shaded community gathering areas beneath solar panels. These spaces will support cultural events, educational activities, and day-to-day interactions, fostering social cohesion. Visitors and </w:t>
      </w:r>
      <w:r>
        <w:t>residents alike will experience the innovative integration of sustainability with artistic expression, inspiring replication in similar coastal communities.</w:t>
      </w:r>
      <w:r>
        <w:br/>
      </w:r>
      <w:r>
        <w:br/>
        <w:t>Co-benefits of the project include enhanced energy security, improved water access, and opportunit</w:t>
      </w:r>
      <w:r>
        <w:t>ies for local artisans to contribute to the design process. The project demonstrates how renewable technologies can address pressing community challenges while enriching cultural identity.</w:t>
      </w:r>
    </w:p>
    <w:p w:rsidR="00E50DC7" w:rsidRDefault="00E15309">
      <w:pPr>
        <w:pStyle w:val="Heading2"/>
      </w:pPr>
      <w:r>
        <w:t>2. Technical Narrative</w:t>
      </w:r>
    </w:p>
    <w:p w:rsidR="00E50DC7" w:rsidRDefault="00E15309">
      <w:r>
        <w:t>The design incorporates a 75 kW solar photov</w:t>
      </w:r>
      <w:r>
        <w:t>oltaic system to power Marou Village’s 67 households and nearby facilities. The solar panels are mounted at an optimized tilt angle for maximum energy capture, and their modular design allows for future scalability. To ensure resilience, the system uses Ca</w:t>
      </w:r>
      <w:r>
        <w:t>tegory 5 cyclone-resistant materials.</w:t>
      </w:r>
      <w:r>
        <w:br/>
      </w:r>
      <w:r>
        <w:br/>
        <w:t>Energy storage is achieved with lithium iron phosphate (LFP) batteries, offering a safe and low-cost solution for nighttime power. The hybrid system integrates tidal energy as a secondary source, reducing dependence o</w:t>
      </w:r>
      <w:r>
        <w:t>n solar and lowering storage requirements.</w:t>
      </w:r>
      <w:r>
        <w:br/>
      </w:r>
      <w:r>
        <w:br/>
        <w:t>Water harvesting involves rainwater collection from the solar panel surfaces, channeled into filtration systems and stored in modular tanks distributed across the village. The tanks ensure year-round water availa</w:t>
      </w:r>
      <w:r>
        <w:t>bility, even during prolonged dry seasons. The estimated annual outputs include:</w:t>
      </w:r>
      <w:r>
        <w:br/>
        <w:t xml:space="preserve">- </w:t>
      </w:r>
      <w:r>
        <w:t>Electricity</w:t>
      </w:r>
      <w:r>
        <w:t>: 100,000 kWh, sufficient for household lighting, refrigeration, and other needs.</w:t>
      </w:r>
      <w:r>
        <w:br/>
        <w:t xml:space="preserve">- </w:t>
      </w:r>
      <w:r>
        <w:t>Water</w:t>
      </w:r>
      <w:r>
        <w:t>: 500,000 liters, meeting daily consumption requirements for resi</w:t>
      </w:r>
      <w:r>
        <w:t>dents and nearby schools.</w:t>
      </w:r>
      <w:r>
        <w:br/>
      </w:r>
      <w:r>
        <w:br/>
        <w:t>The system’s modular design ensures easy maintenance and future expansion to support growing demand.</w:t>
      </w:r>
    </w:p>
    <w:p w:rsidR="00E50DC7" w:rsidRDefault="00E15309">
      <w:pPr>
        <w:pStyle w:val="Heading2"/>
      </w:pPr>
      <w:r>
        <w:lastRenderedPageBreak/>
        <w:t>3. Prototyping and Pilot Implementation Statement</w:t>
      </w:r>
    </w:p>
    <w:p w:rsidR="00E50DC7" w:rsidRDefault="00E15309">
      <w:r>
        <w:t>The prototype will be developed in close collaboration with Marou Village resi</w:t>
      </w:r>
      <w:r>
        <w:t>dents. The phased implementation approach includes:</w:t>
      </w:r>
      <w:r>
        <w:br/>
        <w:t xml:space="preserve">1. </w:t>
      </w:r>
      <w:r>
        <w:t>Site Preparation</w:t>
      </w:r>
      <w:r>
        <w:t>: Land clearing and foundation setup for solar panels and tanks.</w:t>
      </w:r>
      <w:r>
        <w:br/>
        <w:t xml:space="preserve">2. </w:t>
      </w:r>
      <w:r>
        <w:t>Prototyping</w:t>
      </w:r>
      <w:r>
        <w:t>: Installing a smaller 15 kW system and water harvesting infrastructure for testing.</w:t>
      </w:r>
      <w:r>
        <w:br/>
        <w:t xml:space="preserve">3. </w:t>
      </w:r>
      <w:r>
        <w:t>Communit</w:t>
      </w:r>
      <w:r>
        <w:t>y Workshops</w:t>
      </w:r>
      <w:r>
        <w:t>: Training sessions on system operations and maintenance, emphasizing community ownership.</w:t>
      </w:r>
      <w:r>
        <w:br/>
      </w:r>
      <w:r>
        <w:br/>
        <w:t xml:space="preserve">The prototyping phase will gather feedback from residents, allowing adjustments before scaling to the full system. This participatory approach ensures </w:t>
      </w:r>
      <w:r>
        <w:t>the design aligns with community needs and fosters long-term sustainability.</w:t>
      </w:r>
    </w:p>
    <w:p w:rsidR="00E50DC7" w:rsidRDefault="00E15309">
      <w:pPr>
        <w:pStyle w:val="Heading2"/>
      </w:pPr>
      <w:r>
        <w:t>4. Operations and Maintenance Statement</w:t>
      </w:r>
    </w:p>
    <w:p w:rsidR="00E50DC7" w:rsidRDefault="00E15309">
      <w:r>
        <w:t>The operations plan prioritizes community involvement to ensure system longevity. Key elements include:</w:t>
      </w:r>
      <w:r>
        <w:br/>
        <w:t xml:space="preserve">- </w:t>
      </w:r>
      <w:r>
        <w:t>Training Programs</w:t>
      </w:r>
      <w:r>
        <w:t xml:space="preserve">: Workshops </w:t>
      </w:r>
      <w:r>
        <w:t>on basic troubleshooting and routine maintenance for residents.</w:t>
      </w:r>
      <w:r>
        <w:br/>
        <w:t xml:space="preserve">- </w:t>
      </w:r>
      <w:r>
        <w:t>Maintenance Schedule</w:t>
      </w:r>
      <w:r>
        <w:t>: Monthly inspections of solar panels, batteries, and water tanks by trained community members.</w:t>
      </w:r>
      <w:r>
        <w:br/>
        <w:t xml:space="preserve">- </w:t>
      </w:r>
      <w:r>
        <w:t>Support Network</w:t>
      </w:r>
      <w:r>
        <w:t>: Partnerships with local technicians and supplie</w:t>
      </w:r>
      <w:r>
        <w:t>rs to provide spare parts and technical assistance.</w:t>
      </w:r>
      <w:r>
        <w:br/>
      </w:r>
      <w:r>
        <w:br/>
        <w:t>Community pride and engagement are integral to the design’s success. Residents will develop the skills and knowledge required to independently manage the system over its 25-year lifespan.</w:t>
      </w:r>
    </w:p>
    <w:p w:rsidR="00E50DC7" w:rsidRDefault="00E15309">
      <w:pPr>
        <w:pStyle w:val="Heading2"/>
      </w:pPr>
      <w:r>
        <w:t>5. Environmenta</w:t>
      </w:r>
      <w:r>
        <w:t>l Impact Assessment</w:t>
      </w:r>
    </w:p>
    <w:p w:rsidR="00E50DC7" w:rsidRDefault="00E15309">
      <w:r>
        <w:t>The project’s ecological impact has been carefully evaluated to ensure minimal disruption. Key considerations include:</w:t>
      </w:r>
      <w:r>
        <w:br/>
        <w:t xml:space="preserve">- </w:t>
      </w:r>
      <w:r>
        <w:t>Cyclone Resistance</w:t>
      </w:r>
      <w:r>
        <w:t>: The use of robust materials prevents damage during extreme weather events, avoiding environ</w:t>
      </w:r>
      <w:r>
        <w:t>mental contamination.</w:t>
      </w:r>
      <w:r>
        <w:br/>
        <w:t xml:space="preserve">- </w:t>
      </w:r>
      <w:r>
        <w:t>Ecosystem Preservation</w:t>
      </w:r>
      <w:r>
        <w:t>: The placement of solar panels and water tanks avoids sensitive habitats and minimizes land use.</w:t>
      </w:r>
      <w:r>
        <w:br/>
        <w:t xml:space="preserve">- </w:t>
      </w:r>
      <w:r>
        <w:t>Mitigation Measures</w:t>
      </w:r>
      <w:r>
        <w:t>: Natural filtration systems reduce stormwater runoff and prevent soil erosion, pre</w:t>
      </w:r>
      <w:r>
        <w:t>serving the surrounding environment.</w:t>
      </w:r>
      <w:r>
        <w:br/>
      </w:r>
      <w:r>
        <w:br/>
        <w:t>By leveraging renewable energy and water harvesting technologies, the design reduces reliance on diesel generators and conserves natural resources. The project sets a model for sustainable development in vulnerable coa</w:t>
      </w:r>
      <w:r>
        <w:t>stal communities.</w:t>
      </w:r>
      <w:bookmarkStart w:id="0" w:name="_GoBack"/>
      <w:bookmarkEnd w:id="0"/>
    </w:p>
    <w:sectPr w:rsidR="00E50DC7" w:rsidSect="00034616">
      <w:pgSz w:w="12240" w:h="15840"/>
      <w:pgMar w:top="1440" w:right="1800" w:bottom="1440" w:left="180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MS Mincho">
    <w:altName w:val="ＭＳ 明朝"/>
    <w:panose1 w:val="02020609040205080304"/>
    <w:charset w:val="80"/>
    <w:family w:val="roman"/>
    <w:notTrueType/>
    <w:pitch w:val="fixed"/>
    <w:sig w:usb0="00000001" w:usb1="08070000" w:usb2="00000010" w:usb3="00000000" w:csb0="0002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Courier">
    <w:panose1 w:val="02070409020205020404"/>
    <w:charset w:val="00"/>
    <w:family w:val="auto"/>
    <w:pitch w:val="variable"/>
    <w:sig w:usb0="00000003" w:usb1="00000000" w:usb2="00000000" w:usb3="00000000" w:csb0="00000001" w:csb1="00000000"/>
  </w:font>
</w:fonts>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FFFFFF7C"/>
    <w:multiLevelType w:val="singleLevel"/>
    <w:tmpl w:val="C310EC42"/>
    <w:lvl w:ilvl="0">
      <w:start w:val="1"/>
      <w:numFmt w:val="decimal"/>
      <w:lvlText w:val="%1."/>
      <w:lvlJc w:val="left"/>
      <w:pPr>
        <w:tabs>
          <w:tab w:val="num" w:pos="1800"/>
        </w:tabs>
        <w:ind w:left="1800" w:hanging="360"/>
      </w:pPr>
    </w:lvl>
  </w:abstractNum>
  <w:abstractNum w:abstractNumId="1" w15:restartNumberingAfterBreak="0">
    <w:nsid w:val="FFFFFF7D"/>
    <w:multiLevelType w:val="singleLevel"/>
    <w:tmpl w:val="E4089024"/>
    <w:lvl w:ilvl="0">
      <w:start w:val="1"/>
      <w:numFmt w:val="decimal"/>
      <w:lvlText w:val="%1."/>
      <w:lvlJc w:val="left"/>
      <w:pPr>
        <w:tabs>
          <w:tab w:val="num" w:pos="1440"/>
        </w:tabs>
        <w:ind w:left="1440" w:hanging="360"/>
      </w:pPr>
    </w:lvl>
  </w:abstractNum>
  <w:abstractNum w:abstractNumId="2" w15:restartNumberingAfterBreak="0">
    <w:nsid w:val="FFFFFF7E"/>
    <w:multiLevelType w:val="singleLevel"/>
    <w:tmpl w:val="FB12693A"/>
    <w:lvl w:ilvl="0">
      <w:start w:val="1"/>
      <w:numFmt w:val="decimal"/>
      <w:pStyle w:val="ListNumber3"/>
      <w:lvlText w:val="%1."/>
      <w:lvlJc w:val="left"/>
      <w:pPr>
        <w:tabs>
          <w:tab w:val="num" w:pos="1080"/>
        </w:tabs>
        <w:ind w:left="1080" w:hanging="360"/>
      </w:pPr>
    </w:lvl>
  </w:abstractNum>
  <w:abstractNum w:abstractNumId="3" w15:restartNumberingAfterBreak="0">
    <w:nsid w:val="FFFFFF7F"/>
    <w:multiLevelType w:val="singleLevel"/>
    <w:tmpl w:val="38441652"/>
    <w:lvl w:ilvl="0">
      <w:start w:val="1"/>
      <w:numFmt w:val="decimal"/>
      <w:pStyle w:val="ListNumber2"/>
      <w:lvlText w:val="%1."/>
      <w:lvlJc w:val="left"/>
      <w:pPr>
        <w:tabs>
          <w:tab w:val="num" w:pos="720"/>
        </w:tabs>
        <w:ind w:left="720" w:hanging="360"/>
      </w:pPr>
    </w:lvl>
  </w:abstractNum>
  <w:abstractNum w:abstractNumId="4" w15:restartNumberingAfterBreak="0">
    <w:nsid w:val="FFFFFF81"/>
    <w:multiLevelType w:val="singleLevel"/>
    <w:tmpl w:val="171AC3A4"/>
    <w:lvl w:ilvl="0">
      <w:start w:val="1"/>
      <w:numFmt w:val="bullet"/>
      <w:lvlText w:val=""/>
      <w:lvlJc w:val="left"/>
      <w:pPr>
        <w:tabs>
          <w:tab w:val="num" w:pos="1440"/>
        </w:tabs>
        <w:ind w:left="1440" w:hanging="360"/>
      </w:pPr>
      <w:rPr>
        <w:rFonts w:ascii="Symbol" w:hAnsi="Symbol" w:hint="default"/>
      </w:rPr>
    </w:lvl>
  </w:abstractNum>
  <w:abstractNum w:abstractNumId="5" w15:restartNumberingAfterBreak="0">
    <w:nsid w:val="FFFFFF82"/>
    <w:multiLevelType w:val="singleLevel"/>
    <w:tmpl w:val="F3EAFDEC"/>
    <w:lvl w:ilvl="0">
      <w:start w:val="1"/>
      <w:numFmt w:val="bullet"/>
      <w:pStyle w:val="ListBullet3"/>
      <w:lvlText w:val=""/>
      <w:lvlJc w:val="left"/>
      <w:pPr>
        <w:tabs>
          <w:tab w:val="num" w:pos="1080"/>
        </w:tabs>
        <w:ind w:left="1080" w:hanging="360"/>
      </w:pPr>
      <w:rPr>
        <w:rFonts w:ascii="Symbol" w:hAnsi="Symbol" w:hint="default"/>
      </w:rPr>
    </w:lvl>
  </w:abstractNum>
  <w:abstractNum w:abstractNumId="6" w15:restartNumberingAfterBreak="0">
    <w:nsid w:val="FFFFFF83"/>
    <w:multiLevelType w:val="singleLevel"/>
    <w:tmpl w:val="3D1EFFD4"/>
    <w:lvl w:ilvl="0">
      <w:start w:val="1"/>
      <w:numFmt w:val="bullet"/>
      <w:pStyle w:val="ListBullet2"/>
      <w:lvlText w:val=""/>
      <w:lvlJc w:val="left"/>
      <w:pPr>
        <w:tabs>
          <w:tab w:val="num" w:pos="720"/>
        </w:tabs>
        <w:ind w:left="720" w:hanging="360"/>
      </w:pPr>
      <w:rPr>
        <w:rFonts w:ascii="Symbol" w:hAnsi="Symbol" w:hint="default"/>
      </w:rPr>
    </w:lvl>
  </w:abstractNum>
  <w:abstractNum w:abstractNumId="7" w15:restartNumberingAfterBreak="0">
    <w:nsid w:val="FFFFFF88"/>
    <w:multiLevelType w:val="singleLevel"/>
    <w:tmpl w:val="D0A62B40"/>
    <w:lvl w:ilvl="0">
      <w:start w:val="1"/>
      <w:numFmt w:val="decimal"/>
      <w:pStyle w:val="ListNumber"/>
      <w:lvlText w:val="%1."/>
      <w:lvlJc w:val="left"/>
      <w:pPr>
        <w:tabs>
          <w:tab w:val="num" w:pos="360"/>
        </w:tabs>
        <w:ind w:left="360" w:hanging="360"/>
      </w:pPr>
    </w:lvl>
  </w:abstractNum>
  <w:abstractNum w:abstractNumId="8" w15:restartNumberingAfterBreak="0">
    <w:nsid w:val="FFFFFF89"/>
    <w:multiLevelType w:val="singleLevel"/>
    <w:tmpl w:val="29761A62"/>
    <w:lvl w:ilvl="0">
      <w:start w:val="1"/>
      <w:numFmt w:val="bullet"/>
      <w:pStyle w:val="ListBullet"/>
      <w:lvlText w:val=""/>
      <w:lvlJc w:val="left"/>
      <w:pPr>
        <w:tabs>
          <w:tab w:val="num" w:pos="360"/>
        </w:tabs>
        <w:ind w:left="360" w:hanging="360"/>
      </w:pPr>
      <w:rPr>
        <w:rFonts w:ascii="Symbol" w:hAnsi="Symbol" w:hint="default"/>
      </w:rPr>
    </w:lvl>
  </w:abstractNum>
  <w:num w:numId="1">
    <w:abstractNumId w:val="8"/>
  </w:num>
  <w:num w:numId="2">
    <w:abstractNumId w:val="6"/>
  </w:num>
  <w:num w:numId="3">
    <w:abstractNumId w:val="5"/>
  </w:num>
  <w:num w:numId="4">
    <w:abstractNumId w:val="4"/>
  </w:num>
  <w:num w:numId="5">
    <w:abstractNumId w:val="7"/>
  </w:num>
  <w:num w:numId="6">
    <w:abstractNumId w:val="3"/>
  </w:num>
  <w:num w:numId="7">
    <w:abstractNumId w:val="2"/>
  </w:num>
  <w:num w:numId="8">
    <w:abstractNumId w:val="1"/>
  </w:num>
  <w:num w:numId="9">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20"/>
  <w:characterSpacingControl w:val="doNotCompress"/>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B47730"/>
    <w:rsid w:val="00034616"/>
    <w:rsid w:val="0006063C"/>
    <w:rsid w:val="0015074B"/>
    <w:rsid w:val="0029639D"/>
    <w:rsid w:val="00326F90"/>
    <w:rsid w:val="00AA1D8D"/>
    <w:rsid w:val="00B47730"/>
    <w:rsid w:val="00CB0664"/>
    <w:rsid w:val="00E15309"/>
    <w:rsid w:val="00E50DC7"/>
    <w:rsid w:val="00FC693F"/>
  </w:rsids>
  <m:mathPr>
    <m:mathFont m:val="Cambria Math"/>
    <m:brkBin m:val="before"/>
    <m:brkBinSub m:val="--"/>
    <m:smallFrac m:val="0"/>
    <m:dispDef/>
    <m:lMargin m:val="0"/>
    <m:rMargin m:val="0"/>
    <m:defJc m:val="centerGroup"/>
    <m:wrapIndent m:val="1440"/>
    <m:intLim m:val="subSup"/>
    <m:naryLim m:val="undOvr"/>
  </m:mathPr>
  <w:themeFontLang w:val="en-US" w:eastAsia="ja-JP" w:bidi="ar-SA"/>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6"/>
    <o:shapelayout v:ext="edit">
      <o:idmap v:ext="edit" data="1"/>
    </o:shapelayout>
  </w:shapeDefaults>
  <w:decimalSymbol w:val="."/>
  <w:listSeparator w:val=","/>
  <w14:docId w14:val="42B883EB"/>
  <w14:defaultImageDpi w14:val="300"/>
  <w15:docId w15:val="{E94D104F-A3BB-47B3-88CC-FD358C14FCD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FC693F"/>
  </w:style>
  <w:style w:type="paragraph" w:styleId="Heading1">
    <w:name w:val="heading 1"/>
    <w:basedOn w:val="Normal"/>
    <w:next w:val="Normal"/>
    <w:link w:val="Heading1Char"/>
    <w:uiPriority w:val="9"/>
    <w:qFormat/>
    <w:rsid w:val="00FC693F"/>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Heading2">
    <w:name w:val="heading 2"/>
    <w:basedOn w:val="Normal"/>
    <w:next w:val="Normal"/>
    <w:link w:val="Heading2Char"/>
    <w:uiPriority w:val="9"/>
    <w:unhideWhenUsed/>
    <w:qFormat/>
    <w:rsid w:val="00FC693F"/>
    <w:pPr>
      <w:keepNext/>
      <w:keepLines/>
      <w:spacing w:before="200" w:after="0"/>
      <w:outlineLvl w:val="1"/>
    </w:pPr>
    <w:rPr>
      <w:rFonts w:asciiTheme="majorHAnsi" w:eastAsiaTheme="majorEastAsia" w:hAnsiTheme="majorHAnsi" w:cstheme="majorBidi"/>
      <w:b/>
      <w:bCs/>
      <w:color w:val="4F81BD" w:themeColor="accent1"/>
      <w:sz w:val="26"/>
      <w:szCs w:val="26"/>
    </w:rPr>
  </w:style>
  <w:style w:type="paragraph" w:styleId="Heading3">
    <w:name w:val="heading 3"/>
    <w:basedOn w:val="Normal"/>
    <w:next w:val="Normal"/>
    <w:link w:val="Heading3Char"/>
    <w:uiPriority w:val="9"/>
    <w:unhideWhenUsed/>
    <w:qFormat/>
    <w:rsid w:val="00FC693F"/>
    <w:pPr>
      <w:keepNext/>
      <w:keepLines/>
      <w:spacing w:before="200" w:after="0"/>
      <w:outlineLvl w:val="2"/>
    </w:pPr>
    <w:rPr>
      <w:rFonts w:asciiTheme="majorHAnsi" w:eastAsiaTheme="majorEastAsia" w:hAnsiTheme="majorHAnsi" w:cstheme="majorBidi"/>
      <w:b/>
      <w:bCs/>
      <w:color w:val="4F81BD" w:themeColor="accent1"/>
    </w:rPr>
  </w:style>
  <w:style w:type="paragraph" w:styleId="Heading4">
    <w:name w:val="heading 4"/>
    <w:basedOn w:val="Normal"/>
    <w:next w:val="Normal"/>
    <w:link w:val="Heading4Char"/>
    <w:uiPriority w:val="9"/>
    <w:semiHidden/>
    <w:unhideWhenUsed/>
    <w:qFormat/>
    <w:rsid w:val="00FC693F"/>
    <w:pPr>
      <w:keepNext/>
      <w:keepLines/>
      <w:spacing w:before="200" w:after="0"/>
      <w:outlineLvl w:val="3"/>
    </w:pPr>
    <w:rPr>
      <w:rFonts w:asciiTheme="majorHAnsi" w:eastAsiaTheme="majorEastAsia" w:hAnsiTheme="majorHAnsi" w:cstheme="majorBidi"/>
      <w:b/>
      <w:bCs/>
      <w:i/>
      <w:iCs/>
      <w:color w:val="4F81BD" w:themeColor="accent1"/>
    </w:rPr>
  </w:style>
  <w:style w:type="paragraph" w:styleId="Heading5">
    <w:name w:val="heading 5"/>
    <w:basedOn w:val="Normal"/>
    <w:next w:val="Normal"/>
    <w:link w:val="Heading5Char"/>
    <w:uiPriority w:val="9"/>
    <w:semiHidden/>
    <w:unhideWhenUsed/>
    <w:qFormat/>
    <w:rsid w:val="00FC693F"/>
    <w:pPr>
      <w:keepNext/>
      <w:keepLines/>
      <w:spacing w:before="200" w:after="0"/>
      <w:outlineLvl w:val="4"/>
    </w:pPr>
    <w:rPr>
      <w:rFonts w:asciiTheme="majorHAnsi" w:eastAsiaTheme="majorEastAsia" w:hAnsiTheme="majorHAnsi" w:cstheme="majorBidi"/>
      <w:color w:val="243F60" w:themeColor="accent1" w:themeShade="7F"/>
    </w:rPr>
  </w:style>
  <w:style w:type="paragraph" w:styleId="Heading6">
    <w:name w:val="heading 6"/>
    <w:basedOn w:val="Normal"/>
    <w:next w:val="Normal"/>
    <w:link w:val="Heading6Char"/>
    <w:uiPriority w:val="9"/>
    <w:semiHidden/>
    <w:unhideWhenUsed/>
    <w:qFormat/>
    <w:rsid w:val="00FC693F"/>
    <w:pPr>
      <w:keepNext/>
      <w:keepLines/>
      <w:spacing w:before="200" w:after="0"/>
      <w:outlineLvl w:val="5"/>
    </w:pPr>
    <w:rPr>
      <w:rFonts w:asciiTheme="majorHAnsi" w:eastAsiaTheme="majorEastAsia" w:hAnsiTheme="majorHAnsi" w:cstheme="majorBidi"/>
      <w:i/>
      <w:iCs/>
      <w:color w:val="243F60" w:themeColor="accent1" w:themeShade="7F"/>
    </w:rPr>
  </w:style>
  <w:style w:type="paragraph" w:styleId="Heading7">
    <w:name w:val="heading 7"/>
    <w:basedOn w:val="Normal"/>
    <w:next w:val="Normal"/>
    <w:link w:val="Heading7Char"/>
    <w:uiPriority w:val="9"/>
    <w:semiHidden/>
    <w:unhideWhenUsed/>
    <w:qFormat/>
    <w:rsid w:val="00FC693F"/>
    <w:pPr>
      <w:keepNext/>
      <w:keepLines/>
      <w:spacing w:before="200" w:after="0"/>
      <w:outlineLvl w:val="6"/>
    </w:pPr>
    <w:rPr>
      <w:rFonts w:asciiTheme="majorHAnsi" w:eastAsiaTheme="majorEastAsia" w:hAnsiTheme="majorHAnsi" w:cstheme="majorBidi"/>
      <w:i/>
      <w:iCs/>
      <w:color w:val="404040" w:themeColor="text1" w:themeTint="BF"/>
    </w:rPr>
  </w:style>
  <w:style w:type="paragraph" w:styleId="Heading8">
    <w:name w:val="heading 8"/>
    <w:basedOn w:val="Normal"/>
    <w:next w:val="Normal"/>
    <w:link w:val="Heading8Char"/>
    <w:uiPriority w:val="9"/>
    <w:semiHidden/>
    <w:unhideWhenUsed/>
    <w:qFormat/>
    <w:rsid w:val="00FC693F"/>
    <w:pPr>
      <w:keepNext/>
      <w:keepLines/>
      <w:spacing w:before="200" w:after="0"/>
      <w:outlineLvl w:val="7"/>
    </w:pPr>
    <w:rPr>
      <w:rFonts w:asciiTheme="majorHAnsi" w:eastAsiaTheme="majorEastAsia" w:hAnsiTheme="majorHAnsi" w:cstheme="majorBidi"/>
      <w:color w:val="4F81BD" w:themeColor="accent1"/>
      <w:sz w:val="20"/>
      <w:szCs w:val="20"/>
    </w:rPr>
  </w:style>
  <w:style w:type="paragraph" w:styleId="Heading9">
    <w:name w:val="heading 9"/>
    <w:basedOn w:val="Normal"/>
    <w:next w:val="Normal"/>
    <w:link w:val="Heading9Char"/>
    <w:uiPriority w:val="9"/>
    <w:semiHidden/>
    <w:unhideWhenUsed/>
    <w:qFormat/>
    <w:rsid w:val="00FC693F"/>
    <w:pPr>
      <w:keepNext/>
      <w:keepLines/>
      <w:spacing w:before="200" w:after="0"/>
      <w:outlineLvl w:val="8"/>
    </w:pPr>
    <w:rPr>
      <w:rFonts w:asciiTheme="majorHAnsi" w:eastAsiaTheme="majorEastAsia" w:hAnsiTheme="majorHAnsi" w:cstheme="majorBidi"/>
      <w:i/>
      <w:iCs/>
      <w:color w:val="404040" w:themeColor="text1" w:themeTint="BF"/>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E618BF"/>
    <w:pPr>
      <w:tabs>
        <w:tab w:val="center" w:pos="4680"/>
        <w:tab w:val="right" w:pos="9360"/>
      </w:tabs>
      <w:spacing w:after="0" w:line="240" w:lineRule="auto"/>
    </w:pPr>
  </w:style>
  <w:style w:type="character" w:customStyle="1" w:styleId="HeaderChar">
    <w:name w:val="Header Char"/>
    <w:basedOn w:val="DefaultParagraphFont"/>
    <w:link w:val="Header"/>
    <w:uiPriority w:val="99"/>
    <w:rsid w:val="00E618BF"/>
  </w:style>
  <w:style w:type="paragraph" w:styleId="Footer">
    <w:name w:val="footer"/>
    <w:basedOn w:val="Normal"/>
    <w:link w:val="FooterChar"/>
    <w:uiPriority w:val="99"/>
    <w:unhideWhenUsed/>
    <w:rsid w:val="00E618BF"/>
    <w:pPr>
      <w:tabs>
        <w:tab w:val="center" w:pos="4680"/>
        <w:tab w:val="right" w:pos="9360"/>
      </w:tabs>
      <w:spacing w:after="0" w:line="240" w:lineRule="auto"/>
    </w:pPr>
  </w:style>
  <w:style w:type="character" w:customStyle="1" w:styleId="FooterChar">
    <w:name w:val="Footer Char"/>
    <w:basedOn w:val="DefaultParagraphFont"/>
    <w:link w:val="Footer"/>
    <w:uiPriority w:val="99"/>
    <w:rsid w:val="00E618BF"/>
  </w:style>
  <w:style w:type="paragraph" w:styleId="NoSpacing">
    <w:name w:val="No Spacing"/>
    <w:uiPriority w:val="1"/>
    <w:qFormat/>
    <w:rsid w:val="00FC693F"/>
    <w:pPr>
      <w:spacing w:after="0" w:line="240" w:lineRule="auto"/>
    </w:pPr>
  </w:style>
  <w:style w:type="character" w:customStyle="1" w:styleId="Heading1Char">
    <w:name w:val="Heading 1 Char"/>
    <w:basedOn w:val="DefaultParagraphFont"/>
    <w:link w:val="Heading1"/>
    <w:uiPriority w:val="9"/>
    <w:rsid w:val="00FC693F"/>
    <w:rPr>
      <w:rFonts w:asciiTheme="majorHAnsi" w:eastAsiaTheme="majorEastAsia" w:hAnsiTheme="majorHAnsi" w:cstheme="majorBidi"/>
      <w:b/>
      <w:bCs/>
      <w:color w:val="365F91" w:themeColor="accent1" w:themeShade="BF"/>
      <w:sz w:val="28"/>
      <w:szCs w:val="28"/>
    </w:rPr>
  </w:style>
  <w:style w:type="character" w:customStyle="1" w:styleId="Heading2Char">
    <w:name w:val="Heading 2 Char"/>
    <w:basedOn w:val="DefaultParagraphFont"/>
    <w:link w:val="Heading2"/>
    <w:uiPriority w:val="9"/>
    <w:rsid w:val="00FC693F"/>
    <w:rPr>
      <w:rFonts w:asciiTheme="majorHAnsi" w:eastAsiaTheme="majorEastAsia" w:hAnsiTheme="majorHAnsi" w:cstheme="majorBidi"/>
      <w:b/>
      <w:bCs/>
      <w:color w:val="4F81BD" w:themeColor="accent1"/>
      <w:sz w:val="26"/>
      <w:szCs w:val="26"/>
    </w:rPr>
  </w:style>
  <w:style w:type="character" w:customStyle="1" w:styleId="Heading3Char">
    <w:name w:val="Heading 3 Char"/>
    <w:basedOn w:val="DefaultParagraphFont"/>
    <w:link w:val="Heading3"/>
    <w:uiPriority w:val="9"/>
    <w:rsid w:val="00FC693F"/>
    <w:rPr>
      <w:rFonts w:asciiTheme="majorHAnsi" w:eastAsiaTheme="majorEastAsia" w:hAnsiTheme="majorHAnsi" w:cstheme="majorBidi"/>
      <w:b/>
      <w:bCs/>
      <w:color w:val="4F81BD" w:themeColor="accent1"/>
    </w:rPr>
  </w:style>
  <w:style w:type="paragraph" w:styleId="Title">
    <w:name w:val="Title"/>
    <w:basedOn w:val="Normal"/>
    <w:next w:val="Normal"/>
    <w:link w:val="TitleChar"/>
    <w:uiPriority w:val="10"/>
    <w:qFormat/>
    <w:rsid w:val="00FC693F"/>
    <w:pPr>
      <w:pBdr>
        <w:bottom w:val="single" w:sz="8" w:space="4" w:color="4F81BD" w:themeColor="accent1"/>
      </w:pBdr>
      <w:spacing w:after="300" w:line="240" w:lineRule="auto"/>
      <w:contextualSpacing/>
    </w:pPr>
    <w:rPr>
      <w:rFonts w:asciiTheme="majorHAnsi" w:eastAsiaTheme="majorEastAsia" w:hAnsiTheme="majorHAnsi" w:cstheme="majorBidi"/>
      <w:color w:val="17365D" w:themeColor="text2" w:themeShade="BF"/>
      <w:spacing w:val="5"/>
      <w:kern w:val="28"/>
      <w:sz w:val="52"/>
      <w:szCs w:val="52"/>
    </w:rPr>
  </w:style>
  <w:style w:type="character" w:customStyle="1" w:styleId="TitleChar">
    <w:name w:val="Title Char"/>
    <w:basedOn w:val="DefaultParagraphFont"/>
    <w:link w:val="Title"/>
    <w:uiPriority w:val="10"/>
    <w:rsid w:val="00FC693F"/>
    <w:rPr>
      <w:rFonts w:asciiTheme="majorHAnsi" w:eastAsiaTheme="majorEastAsia" w:hAnsiTheme="majorHAnsi" w:cstheme="majorBidi"/>
      <w:color w:val="17365D" w:themeColor="text2" w:themeShade="BF"/>
      <w:spacing w:val="5"/>
      <w:kern w:val="28"/>
      <w:sz w:val="52"/>
      <w:szCs w:val="52"/>
    </w:rPr>
  </w:style>
  <w:style w:type="paragraph" w:styleId="Subtitle">
    <w:name w:val="Subtitle"/>
    <w:basedOn w:val="Normal"/>
    <w:next w:val="Normal"/>
    <w:link w:val="SubtitleChar"/>
    <w:uiPriority w:val="11"/>
    <w:qFormat/>
    <w:rsid w:val="00FC693F"/>
    <w:pPr>
      <w:numPr>
        <w:ilvl w:val="1"/>
      </w:numPr>
    </w:pPr>
    <w:rPr>
      <w:rFonts w:asciiTheme="majorHAnsi" w:eastAsiaTheme="majorEastAsia" w:hAnsiTheme="majorHAnsi" w:cstheme="majorBidi"/>
      <w:i/>
      <w:iCs/>
      <w:color w:val="4F81BD" w:themeColor="accent1"/>
      <w:spacing w:val="15"/>
      <w:sz w:val="24"/>
      <w:szCs w:val="24"/>
    </w:rPr>
  </w:style>
  <w:style w:type="character" w:customStyle="1" w:styleId="SubtitleChar">
    <w:name w:val="Subtitle Char"/>
    <w:basedOn w:val="DefaultParagraphFont"/>
    <w:link w:val="Subtitle"/>
    <w:uiPriority w:val="11"/>
    <w:rsid w:val="00FC693F"/>
    <w:rPr>
      <w:rFonts w:asciiTheme="majorHAnsi" w:eastAsiaTheme="majorEastAsia" w:hAnsiTheme="majorHAnsi" w:cstheme="majorBidi"/>
      <w:i/>
      <w:iCs/>
      <w:color w:val="4F81BD" w:themeColor="accent1"/>
      <w:spacing w:val="15"/>
      <w:sz w:val="24"/>
      <w:szCs w:val="24"/>
    </w:rPr>
  </w:style>
  <w:style w:type="paragraph" w:styleId="ListParagraph">
    <w:name w:val="List Paragraph"/>
    <w:basedOn w:val="Normal"/>
    <w:uiPriority w:val="34"/>
    <w:qFormat/>
    <w:rsid w:val="00FC693F"/>
    <w:pPr>
      <w:ind w:left="720"/>
      <w:contextualSpacing/>
    </w:pPr>
  </w:style>
  <w:style w:type="paragraph" w:styleId="BodyText">
    <w:name w:val="Body Text"/>
    <w:basedOn w:val="Normal"/>
    <w:link w:val="BodyTextChar"/>
    <w:uiPriority w:val="99"/>
    <w:unhideWhenUsed/>
    <w:rsid w:val="00AA1D8D"/>
    <w:pPr>
      <w:spacing w:after="120"/>
    </w:pPr>
  </w:style>
  <w:style w:type="character" w:customStyle="1" w:styleId="BodyTextChar">
    <w:name w:val="Body Text Char"/>
    <w:basedOn w:val="DefaultParagraphFont"/>
    <w:link w:val="BodyText"/>
    <w:uiPriority w:val="99"/>
    <w:rsid w:val="00AA1D8D"/>
  </w:style>
  <w:style w:type="paragraph" w:styleId="BodyText2">
    <w:name w:val="Body Text 2"/>
    <w:basedOn w:val="Normal"/>
    <w:link w:val="BodyText2Char"/>
    <w:uiPriority w:val="99"/>
    <w:unhideWhenUsed/>
    <w:rsid w:val="00AA1D8D"/>
    <w:pPr>
      <w:spacing w:after="120" w:line="480" w:lineRule="auto"/>
    </w:pPr>
  </w:style>
  <w:style w:type="character" w:customStyle="1" w:styleId="BodyText2Char">
    <w:name w:val="Body Text 2 Char"/>
    <w:basedOn w:val="DefaultParagraphFont"/>
    <w:link w:val="BodyText2"/>
    <w:uiPriority w:val="99"/>
    <w:rsid w:val="00AA1D8D"/>
  </w:style>
  <w:style w:type="paragraph" w:styleId="BodyText3">
    <w:name w:val="Body Text 3"/>
    <w:basedOn w:val="Normal"/>
    <w:link w:val="BodyText3Char"/>
    <w:uiPriority w:val="99"/>
    <w:unhideWhenUsed/>
    <w:rsid w:val="00AA1D8D"/>
    <w:pPr>
      <w:spacing w:after="120"/>
    </w:pPr>
    <w:rPr>
      <w:sz w:val="16"/>
      <w:szCs w:val="16"/>
    </w:rPr>
  </w:style>
  <w:style w:type="character" w:customStyle="1" w:styleId="BodyText3Char">
    <w:name w:val="Body Text 3 Char"/>
    <w:basedOn w:val="DefaultParagraphFont"/>
    <w:link w:val="BodyText3"/>
    <w:uiPriority w:val="99"/>
    <w:rsid w:val="00AA1D8D"/>
    <w:rPr>
      <w:sz w:val="16"/>
      <w:szCs w:val="16"/>
    </w:rPr>
  </w:style>
  <w:style w:type="paragraph" w:styleId="List">
    <w:name w:val="List"/>
    <w:basedOn w:val="Normal"/>
    <w:uiPriority w:val="99"/>
    <w:unhideWhenUsed/>
    <w:rsid w:val="00AA1D8D"/>
    <w:pPr>
      <w:ind w:left="360" w:hanging="360"/>
      <w:contextualSpacing/>
    </w:pPr>
  </w:style>
  <w:style w:type="paragraph" w:styleId="List2">
    <w:name w:val="List 2"/>
    <w:basedOn w:val="Normal"/>
    <w:uiPriority w:val="99"/>
    <w:unhideWhenUsed/>
    <w:rsid w:val="00326F90"/>
    <w:pPr>
      <w:ind w:left="720" w:hanging="360"/>
      <w:contextualSpacing/>
    </w:pPr>
  </w:style>
  <w:style w:type="paragraph" w:styleId="List3">
    <w:name w:val="List 3"/>
    <w:basedOn w:val="Normal"/>
    <w:uiPriority w:val="99"/>
    <w:unhideWhenUsed/>
    <w:rsid w:val="00326F90"/>
    <w:pPr>
      <w:ind w:left="1080" w:hanging="360"/>
      <w:contextualSpacing/>
    </w:pPr>
  </w:style>
  <w:style w:type="paragraph" w:styleId="ListBullet">
    <w:name w:val="List Bullet"/>
    <w:basedOn w:val="Normal"/>
    <w:uiPriority w:val="99"/>
    <w:unhideWhenUsed/>
    <w:rsid w:val="00326F90"/>
    <w:pPr>
      <w:numPr>
        <w:numId w:val="1"/>
      </w:numPr>
      <w:contextualSpacing/>
    </w:pPr>
  </w:style>
  <w:style w:type="paragraph" w:styleId="ListBullet2">
    <w:name w:val="List Bullet 2"/>
    <w:basedOn w:val="Normal"/>
    <w:uiPriority w:val="99"/>
    <w:unhideWhenUsed/>
    <w:rsid w:val="00326F90"/>
    <w:pPr>
      <w:numPr>
        <w:numId w:val="2"/>
      </w:numPr>
      <w:contextualSpacing/>
    </w:pPr>
  </w:style>
  <w:style w:type="paragraph" w:styleId="ListBullet3">
    <w:name w:val="List Bullet 3"/>
    <w:basedOn w:val="Normal"/>
    <w:uiPriority w:val="99"/>
    <w:unhideWhenUsed/>
    <w:rsid w:val="00326F90"/>
    <w:pPr>
      <w:numPr>
        <w:numId w:val="3"/>
      </w:numPr>
      <w:contextualSpacing/>
    </w:pPr>
  </w:style>
  <w:style w:type="paragraph" w:styleId="ListNumber">
    <w:name w:val="List Number"/>
    <w:basedOn w:val="Normal"/>
    <w:uiPriority w:val="99"/>
    <w:unhideWhenUsed/>
    <w:rsid w:val="00326F90"/>
    <w:pPr>
      <w:numPr>
        <w:numId w:val="5"/>
      </w:numPr>
      <w:contextualSpacing/>
    </w:pPr>
  </w:style>
  <w:style w:type="paragraph" w:styleId="ListNumber2">
    <w:name w:val="List Number 2"/>
    <w:basedOn w:val="Normal"/>
    <w:uiPriority w:val="99"/>
    <w:unhideWhenUsed/>
    <w:rsid w:val="0029639D"/>
    <w:pPr>
      <w:numPr>
        <w:numId w:val="6"/>
      </w:numPr>
      <w:contextualSpacing/>
    </w:pPr>
  </w:style>
  <w:style w:type="paragraph" w:styleId="ListNumber3">
    <w:name w:val="List Number 3"/>
    <w:basedOn w:val="Normal"/>
    <w:uiPriority w:val="99"/>
    <w:unhideWhenUsed/>
    <w:rsid w:val="0029639D"/>
    <w:pPr>
      <w:numPr>
        <w:numId w:val="7"/>
      </w:numPr>
      <w:contextualSpacing/>
    </w:pPr>
  </w:style>
  <w:style w:type="paragraph" w:styleId="ListContinue">
    <w:name w:val="List Continue"/>
    <w:basedOn w:val="Normal"/>
    <w:uiPriority w:val="99"/>
    <w:unhideWhenUsed/>
    <w:rsid w:val="0029639D"/>
    <w:pPr>
      <w:spacing w:after="120"/>
      <w:ind w:left="360"/>
      <w:contextualSpacing/>
    </w:pPr>
  </w:style>
  <w:style w:type="paragraph" w:styleId="ListContinue2">
    <w:name w:val="List Continue 2"/>
    <w:basedOn w:val="Normal"/>
    <w:uiPriority w:val="99"/>
    <w:unhideWhenUsed/>
    <w:rsid w:val="0029639D"/>
    <w:pPr>
      <w:spacing w:after="120"/>
      <w:ind w:left="720"/>
      <w:contextualSpacing/>
    </w:pPr>
  </w:style>
  <w:style w:type="paragraph" w:styleId="ListContinue3">
    <w:name w:val="List Continue 3"/>
    <w:basedOn w:val="Normal"/>
    <w:uiPriority w:val="99"/>
    <w:unhideWhenUsed/>
    <w:rsid w:val="0029639D"/>
    <w:pPr>
      <w:spacing w:after="120"/>
      <w:ind w:left="1080"/>
      <w:contextualSpacing/>
    </w:pPr>
  </w:style>
  <w:style w:type="paragraph" w:styleId="MacroText">
    <w:name w:val="macro"/>
    <w:link w:val="MacroTextChar"/>
    <w:uiPriority w:val="99"/>
    <w:unhideWhenUsed/>
    <w:rsid w:val="0029639D"/>
    <w:pPr>
      <w:tabs>
        <w:tab w:val="left" w:pos="576"/>
        <w:tab w:val="left" w:pos="1152"/>
        <w:tab w:val="left" w:pos="1728"/>
        <w:tab w:val="left" w:pos="2304"/>
        <w:tab w:val="left" w:pos="2880"/>
        <w:tab w:val="left" w:pos="3456"/>
        <w:tab w:val="left" w:pos="4032"/>
      </w:tabs>
    </w:pPr>
    <w:rPr>
      <w:rFonts w:ascii="Courier" w:hAnsi="Courier"/>
      <w:sz w:val="20"/>
      <w:szCs w:val="20"/>
    </w:rPr>
  </w:style>
  <w:style w:type="character" w:customStyle="1" w:styleId="MacroTextChar">
    <w:name w:val="Macro Text Char"/>
    <w:basedOn w:val="DefaultParagraphFont"/>
    <w:link w:val="MacroText"/>
    <w:uiPriority w:val="99"/>
    <w:rsid w:val="0029639D"/>
    <w:rPr>
      <w:rFonts w:ascii="Courier" w:hAnsi="Courier"/>
      <w:sz w:val="20"/>
      <w:szCs w:val="20"/>
    </w:rPr>
  </w:style>
  <w:style w:type="paragraph" w:styleId="Quote">
    <w:name w:val="Quote"/>
    <w:basedOn w:val="Normal"/>
    <w:next w:val="Normal"/>
    <w:link w:val="QuoteChar"/>
    <w:uiPriority w:val="29"/>
    <w:qFormat/>
    <w:rsid w:val="00FC693F"/>
    <w:rPr>
      <w:i/>
      <w:iCs/>
      <w:color w:val="000000" w:themeColor="text1"/>
    </w:rPr>
  </w:style>
  <w:style w:type="character" w:customStyle="1" w:styleId="QuoteChar">
    <w:name w:val="Quote Char"/>
    <w:basedOn w:val="DefaultParagraphFont"/>
    <w:link w:val="Quote"/>
    <w:uiPriority w:val="29"/>
    <w:rsid w:val="00FC693F"/>
    <w:rPr>
      <w:i/>
      <w:iCs/>
      <w:color w:val="000000" w:themeColor="text1"/>
    </w:rPr>
  </w:style>
  <w:style w:type="character" w:customStyle="1" w:styleId="Heading4Char">
    <w:name w:val="Heading 4 Char"/>
    <w:basedOn w:val="DefaultParagraphFont"/>
    <w:link w:val="Heading4"/>
    <w:uiPriority w:val="9"/>
    <w:semiHidden/>
    <w:rsid w:val="00FC693F"/>
    <w:rPr>
      <w:rFonts w:asciiTheme="majorHAnsi" w:eastAsiaTheme="majorEastAsia" w:hAnsiTheme="majorHAnsi" w:cstheme="majorBidi"/>
      <w:b/>
      <w:bCs/>
      <w:i/>
      <w:iCs/>
      <w:color w:val="4F81BD" w:themeColor="accent1"/>
    </w:rPr>
  </w:style>
  <w:style w:type="character" w:customStyle="1" w:styleId="Heading5Char">
    <w:name w:val="Heading 5 Char"/>
    <w:basedOn w:val="DefaultParagraphFont"/>
    <w:link w:val="Heading5"/>
    <w:uiPriority w:val="9"/>
    <w:semiHidden/>
    <w:rsid w:val="00FC693F"/>
    <w:rPr>
      <w:rFonts w:asciiTheme="majorHAnsi" w:eastAsiaTheme="majorEastAsia" w:hAnsiTheme="majorHAnsi" w:cstheme="majorBidi"/>
      <w:color w:val="243F60" w:themeColor="accent1" w:themeShade="7F"/>
    </w:rPr>
  </w:style>
  <w:style w:type="character" w:customStyle="1" w:styleId="Heading6Char">
    <w:name w:val="Heading 6 Char"/>
    <w:basedOn w:val="DefaultParagraphFont"/>
    <w:link w:val="Heading6"/>
    <w:uiPriority w:val="9"/>
    <w:semiHidden/>
    <w:rsid w:val="00FC693F"/>
    <w:rPr>
      <w:rFonts w:asciiTheme="majorHAnsi" w:eastAsiaTheme="majorEastAsia" w:hAnsiTheme="majorHAnsi" w:cstheme="majorBidi"/>
      <w:i/>
      <w:iCs/>
      <w:color w:val="243F60" w:themeColor="accent1" w:themeShade="7F"/>
    </w:rPr>
  </w:style>
  <w:style w:type="character" w:customStyle="1" w:styleId="Heading7Char">
    <w:name w:val="Heading 7 Char"/>
    <w:basedOn w:val="DefaultParagraphFont"/>
    <w:link w:val="Heading7"/>
    <w:uiPriority w:val="9"/>
    <w:semiHidden/>
    <w:rsid w:val="00FC693F"/>
    <w:rPr>
      <w:rFonts w:asciiTheme="majorHAnsi" w:eastAsiaTheme="majorEastAsia" w:hAnsiTheme="majorHAnsi" w:cstheme="majorBidi"/>
      <w:i/>
      <w:iCs/>
      <w:color w:val="404040" w:themeColor="text1" w:themeTint="BF"/>
    </w:rPr>
  </w:style>
  <w:style w:type="character" w:customStyle="1" w:styleId="Heading8Char">
    <w:name w:val="Heading 8 Char"/>
    <w:basedOn w:val="DefaultParagraphFont"/>
    <w:link w:val="Heading8"/>
    <w:uiPriority w:val="9"/>
    <w:semiHidden/>
    <w:rsid w:val="00FC693F"/>
    <w:rPr>
      <w:rFonts w:asciiTheme="majorHAnsi" w:eastAsiaTheme="majorEastAsia" w:hAnsiTheme="majorHAnsi" w:cstheme="majorBidi"/>
      <w:color w:val="4F81BD" w:themeColor="accent1"/>
      <w:sz w:val="20"/>
      <w:szCs w:val="20"/>
    </w:rPr>
  </w:style>
  <w:style w:type="character" w:customStyle="1" w:styleId="Heading9Char">
    <w:name w:val="Heading 9 Char"/>
    <w:basedOn w:val="DefaultParagraphFont"/>
    <w:link w:val="Heading9"/>
    <w:uiPriority w:val="9"/>
    <w:semiHidden/>
    <w:rsid w:val="00FC693F"/>
    <w:rPr>
      <w:rFonts w:asciiTheme="majorHAnsi" w:eastAsiaTheme="majorEastAsia" w:hAnsiTheme="majorHAnsi" w:cstheme="majorBidi"/>
      <w:i/>
      <w:iCs/>
      <w:color w:val="404040" w:themeColor="text1" w:themeTint="BF"/>
      <w:sz w:val="20"/>
      <w:szCs w:val="20"/>
    </w:rPr>
  </w:style>
  <w:style w:type="paragraph" w:styleId="Caption">
    <w:name w:val="caption"/>
    <w:basedOn w:val="Normal"/>
    <w:next w:val="Normal"/>
    <w:uiPriority w:val="35"/>
    <w:semiHidden/>
    <w:unhideWhenUsed/>
    <w:qFormat/>
    <w:rsid w:val="00FC693F"/>
    <w:pPr>
      <w:spacing w:line="240" w:lineRule="auto"/>
    </w:pPr>
    <w:rPr>
      <w:b/>
      <w:bCs/>
      <w:color w:val="4F81BD" w:themeColor="accent1"/>
      <w:sz w:val="18"/>
      <w:szCs w:val="18"/>
    </w:rPr>
  </w:style>
  <w:style w:type="character" w:styleId="Strong">
    <w:name w:val="Strong"/>
    <w:basedOn w:val="DefaultParagraphFont"/>
    <w:uiPriority w:val="22"/>
    <w:qFormat/>
    <w:rsid w:val="00FC693F"/>
    <w:rPr>
      <w:b/>
      <w:bCs/>
    </w:rPr>
  </w:style>
  <w:style w:type="character" w:styleId="Emphasis">
    <w:name w:val="Emphasis"/>
    <w:basedOn w:val="DefaultParagraphFont"/>
    <w:uiPriority w:val="20"/>
    <w:qFormat/>
    <w:rsid w:val="00FC693F"/>
    <w:rPr>
      <w:i/>
      <w:iCs/>
    </w:rPr>
  </w:style>
  <w:style w:type="paragraph" w:styleId="IntenseQuote">
    <w:name w:val="Intense Quote"/>
    <w:basedOn w:val="Normal"/>
    <w:next w:val="Normal"/>
    <w:link w:val="IntenseQuoteChar"/>
    <w:uiPriority w:val="30"/>
    <w:qFormat/>
    <w:rsid w:val="00FC693F"/>
    <w:pPr>
      <w:pBdr>
        <w:bottom w:val="single" w:sz="4" w:space="4" w:color="4F81BD" w:themeColor="accent1"/>
      </w:pBdr>
      <w:spacing w:before="200" w:after="280"/>
      <w:ind w:left="936" w:right="936"/>
    </w:pPr>
    <w:rPr>
      <w:b/>
      <w:bCs/>
      <w:i/>
      <w:iCs/>
      <w:color w:val="4F81BD" w:themeColor="accent1"/>
    </w:rPr>
  </w:style>
  <w:style w:type="character" w:customStyle="1" w:styleId="IntenseQuoteChar">
    <w:name w:val="Intense Quote Char"/>
    <w:basedOn w:val="DefaultParagraphFont"/>
    <w:link w:val="IntenseQuote"/>
    <w:uiPriority w:val="30"/>
    <w:rsid w:val="00FC693F"/>
    <w:rPr>
      <w:b/>
      <w:bCs/>
      <w:i/>
      <w:iCs/>
      <w:color w:val="4F81BD" w:themeColor="accent1"/>
    </w:rPr>
  </w:style>
  <w:style w:type="character" w:styleId="SubtleEmphasis">
    <w:name w:val="Subtle Emphasis"/>
    <w:basedOn w:val="DefaultParagraphFont"/>
    <w:uiPriority w:val="19"/>
    <w:qFormat/>
    <w:rsid w:val="00FC693F"/>
    <w:rPr>
      <w:i/>
      <w:iCs/>
      <w:color w:val="808080" w:themeColor="text1" w:themeTint="7F"/>
    </w:rPr>
  </w:style>
  <w:style w:type="character" w:styleId="IntenseEmphasis">
    <w:name w:val="Intense Emphasis"/>
    <w:basedOn w:val="DefaultParagraphFont"/>
    <w:uiPriority w:val="21"/>
    <w:qFormat/>
    <w:rsid w:val="00FC693F"/>
    <w:rPr>
      <w:b/>
      <w:bCs/>
      <w:i/>
      <w:iCs/>
      <w:color w:val="4F81BD" w:themeColor="accent1"/>
    </w:rPr>
  </w:style>
  <w:style w:type="character" w:styleId="SubtleReference">
    <w:name w:val="Subtle Reference"/>
    <w:basedOn w:val="DefaultParagraphFont"/>
    <w:uiPriority w:val="31"/>
    <w:qFormat/>
    <w:rsid w:val="00FC693F"/>
    <w:rPr>
      <w:smallCaps/>
      <w:color w:val="C0504D" w:themeColor="accent2"/>
      <w:u w:val="single"/>
    </w:rPr>
  </w:style>
  <w:style w:type="character" w:styleId="IntenseReference">
    <w:name w:val="Intense Reference"/>
    <w:basedOn w:val="DefaultParagraphFont"/>
    <w:uiPriority w:val="32"/>
    <w:qFormat/>
    <w:rsid w:val="00FC693F"/>
    <w:rPr>
      <w:b/>
      <w:bCs/>
      <w:smallCaps/>
      <w:color w:val="C0504D" w:themeColor="accent2"/>
      <w:spacing w:val="5"/>
      <w:u w:val="single"/>
    </w:rPr>
  </w:style>
  <w:style w:type="character" w:styleId="BookTitle">
    <w:name w:val="Book Title"/>
    <w:basedOn w:val="DefaultParagraphFont"/>
    <w:uiPriority w:val="33"/>
    <w:qFormat/>
    <w:rsid w:val="00FC693F"/>
    <w:rPr>
      <w:b/>
      <w:bCs/>
      <w:smallCaps/>
      <w:spacing w:val="5"/>
    </w:rPr>
  </w:style>
  <w:style w:type="paragraph" w:styleId="TOCHeading">
    <w:name w:val="TOC Heading"/>
    <w:basedOn w:val="Heading1"/>
    <w:next w:val="Normal"/>
    <w:uiPriority w:val="39"/>
    <w:semiHidden/>
    <w:unhideWhenUsed/>
    <w:qFormat/>
    <w:rsid w:val="00FC693F"/>
    <w:pPr>
      <w:outlineLvl w:val="9"/>
    </w:pPr>
  </w:style>
  <w:style w:type="table" w:styleId="TableGrid">
    <w:name w:val="Table Grid"/>
    <w:basedOn w:val="TableNormal"/>
    <w:uiPriority w:val="59"/>
    <w:rsid w:val="00FC693F"/>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LightShading">
    <w:name w:val="Light Shading"/>
    <w:basedOn w:val="TableNormal"/>
    <w:uiPriority w:val="60"/>
    <w:rsid w:val="00FC693F"/>
    <w:pPr>
      <w:spacing w:after="0" w:line="240" w:lineRule="auto"/>
    </w:pPr>
    <w:rPr>
      <w:color w:val="000000" w:themeColor="text1" w:themeShade="BF"/>
    </w:rPr>
    <w:tblPr>
      <w:tblStyleRowBandSize w:val="1"/>
      <w:tblStyleColBandSize w:val="1"/>
      <w:tblBorders>
        <w:top w:val="single" w:sz="8" w:space="0" w:color="000000" w:themeColor="text1"/>
        <w:bottom w:val="single" w:sz="8" w:space="0" w:color="000000" w:themeColor="text1"/>
      </w:tblBorders>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table" w:styleId="LightShading-Accent1">
    <w:name w:val="Light Shading Accent 1"/>
    <w:basedOn w:val="TableNormal"/>
    <w:uiPriority w:val="60"/>
    <w:rsid w:val="00FC693F"/>
    <w:pPr>
      <w:spacing w:after="0" w:line="240" w:lineRule="auto"/>
    </w:pPr>
    <w:rPr>
      <w:color w:val="365F91" w:themeColor="accent1" w:themeShade="BF"/>
    </w:rPr>
    <w:tblPr>
      <w:tblStyleRowBandSize w:val="1"/>
      <w:tblStyleColBandSize w:val="1"/>
      <w:tblBorders>
        <w:top w:val="single" w:sz="8" w:space="0" w:color="4F81BD" w:themeColor="accent1"/>
        <w:bottom w:val="single" w:sz="8" w:space="0" w:color="4F81BD" w:themeColor="accent1"/>
      </w:tblBorders>
    </w:tblPr>
    <w:tblStylePr w:type="fir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la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left w:val="nil"/>
          <w:right w:val="nil"/>
          <w:insideH w:val="nil"/>
          <w:insideV w:val="nil"/>
        </w:tcBorders>
        <w:shd w:val="clear" w:color="auto" w:fill="D3DFEE" w:themeFill="accent1" w:themeFillTint="3F"/>
      </w:tcPr>
    </w:tblStylePr>
  </w:style>
  <w:style w:type="table" w:styleId="LightShading-Accent2">
    <w:name w:val="Light Shading Accent 2"/>
    <w:basedOn w:val="TableNormal"/>
    <w:uiPriority w:val="60"/>
    <w:rsid w:val="00FC693F"/>
    <w:pPr>
      <w:spacing w:after="0" w:line="240" w:lineRule="auto"/>
    </w:pPr>
    <w:rPr>
      <w:color w:val="943634" w:themeColor="accent2" w:themeShade="BF"/>
    </w:rPr>
    <w:tblPr>
      <w:tblStyleRowBandSize w:val="1"/>
      <w:tblStyleColBandSize w:val="1"/>
      <w:tblBorders>
        <w:top w:val="single" w:sz="8" w:space="0" w:color="C0504D" w:themeColor="accent2"/>
        <w:bottom w:val="single" w:sz="8" w:space="0" w:color="C0504D" w:themeColor="accent2"/>
      </w:tblBorders>
    </w:tblPr>
    <w:tblStylePr w:type="firstRow">
      <w:pPr>
        <w:spacing w:before="0" w:after="0" w:line="240" w:lineRule="auto"/>
      </w:pPr>
      <w:rPr>
        <w:b/>
        <w:bCs/>
      </w:rPr>
      <w:tblPr/>
      <w:tcPr>
        <w:tcBorders>
          <w:top w:val="single" w:sz="8" w:space="0" w:color="C0504D" w:themeColor="accent2"/>
          <w:left w:val="nil"/>
          <w:bottom w:val="single" w:sz="8" w:space="0" w:color="C0504D" w:themeColor="accent2"/>
          <w:right w:val="nil"/>
          <w:insideH w:val="nil"/>
          <w:insideV w:val="nil"/>
        </w:tcBorders>
      </w:tcPr>
    </w:tblStylePr>
    <w:tblStylePr w:type="lastRow">
      <w:pPr>
        <w:spacing w:before="0" w:after="0" w:line="240" w:lineRule="auto"/>
      </w:pPr>
      <w:rPr>
        <w:b/>
        <w:bCs/>
      </w:rPr>
      <w:tblPr/>
      <w:tcPr>
        <w:tcBorders>
          <w:top w:val="single" w:sz="8" w:space="0" w:color="C0504D" w:themeColor="accent2"/>
          <w:left w:val="nil"/>
          <w:bottom w:val="single" w:sz="8" w:space="0" w:color="C0504D" w:themeColor="accent2"/>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FD3D2" w:themeFill="accent2" w:themeFillTint="3F"/>
      </w:tcPr>
    </w:tblStylePr>
    <w:tblStylePr w:type="band1Horz">
      <w:tblPr/>
      <w:tcPr>
        <w:tcBorders>
          <w:left w:val="nil"/>
          <w:right w:val="nil"/>
          <w:insideH w:val="nil"/>
          <w:insideV w:val="nil"/>
        </w:tcBorders>
        <w:shd w:val="clear" w:color="auto" w:fill="EFD3D2" w:themeFill="accent2" w:themeFillTint="3F"/>
      </w:tcPr>
    </w:tblStylePr>
  </w:style>
  <w:style w:type="table" w:styleId="LightShading-Accent3">
    <w:name w:val="Light Shading Accent 3"/>
    <w:basedOn w:val="TableNormal"/>
    <w:uiPriority w:val="60"/>
    <w:rsid w:val="00FC693F"/>
    <w:pPr>
      <w:spacing w:after="0" w:line="240" w:lineRule="auto"/>
    </w:pPr>
    <w:rPr>
      <w:color w:val="76923C" w:themeColor="accent3" w:themeShade="BF"/>
    </w:rPr>
    <w:tblPr>
      <w:tblStyleRowBandSize w:val="1"/>
      <w:tblStyleColBandSize w:val="1"/>
      <w:tblBorders>
        <w:top w:val="single" w:sz="8" w:space="0" w:color="9BBB59" w:themeColor="accent3"/>
        <w:bottom w:val="single" w:sz="8" w:space="0" w:color="9BBB59" w:themeColor="accent3"/>
      </w:tblBorders>
    </w:tblPr>
    <w:tblStylePr w:type="firstRow">
      <w:pPr>
        <w:spacing w:before="0" w:after="0" w:line="240" w:lineRule="auto"/>
      </w:pPr>
      <w:rPr>
        <w:b/>
        <w:bCs/>
      </w:rPr>
      <w:tblPr/>
      <w:tcPr>
        <w:tcBorders>
          <w:top w:val="single" w:sz="8" w:space="0" w:color="9BBB59" w:themeColor="accent3"/>
          <w:left w:val="nil"/>
          <w:bottom w:val="single" w:sz="8" w:space="0" w:color="9BBB59" w:themeColor="accent3"/>
          <w:right w:val="nil"/>
          <w:insideH w:val="nil"/>
          <w:insideV w:val="nil"/>
        </w:tcBorders>
      </w:tcPr>
    </w:tblStylePr>
    <w:tblStylePr w:type="lastRow">
      <w:pPr>
        <w:spacing w:before="0" w:after="0" w:line="240" w:lineRule="auto"/>
      </w:pPr>
      <w:rPr>
        <w:b/>
        <w:bCs/>
      </w:rPr>
      <w:tblPr/>
      <w:tcPr>
        <w:tcBorders>
          <w:top w:val="single" w:sz="8" w:space="0" w:color="9BBB59" w:themeColor="accent3"/>
          <w:left w:val="nil"/>
          <w:bottom w:val="single" w:sz="8" w:space="0" w:color="9BBB59" w:themeColor="accent3"/>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6EED5" w:themeFill="accent3" w:themeFillTint="3F"/>
      </w:tcPr>
    </w:tblStylePr>
    <w:tblStylePr w:type="band1Horz">
      <w:tblPr/>
      <w:tcPr>
        <w:tcBorders>
          <w:left w:val="nil"/>
          <w:right w:val="nil"/>
          <w:insideH w:val="nil"/>
          <w:insideV w:val="nil"/>
        </w:tcBorders>
        <w:shd w:val="clear" w:color="auto" w:fill="E6EED5" w:themeFill="accent3" w:themeFillTint="3F"/>
      </w:tcPr>
    </w:tblStylePr>
  </w:style>
  <w:style w:type="table" w:styleId="LightShading-Accent4">
    <w:name w:val="Light Shading Accent 4"/>
    <w:basedOn w:val="TableNormal"/>
    <w:uiPriority w:val="60"/>
    <w:rsid w:val="00FC693F"/>
    <w:pPr>
      <w:spacing w:after="0" w:line="240" w:lineRule="auto"/>
    </w:pPr>
    <w:rPr>
      <w:color w:val="5F497A" w:themeColor="accent4" w:themeShade="BF"/>
    </w:rPr>
    <w:tblPr>
      <w:tblStyleRowBandSize w:val="1"/>
      <w:tblStyleColBandSize w:val="1"/>
      <w:tblBorders>
        <w:top w:val="single" w:sz="8" w:space="0" w:color="8064A2" w:themeColor="accent4"/>
        <w:bottom w:val="single" w:sz="8" w:space="0" w:color="8064A2" w:themeColor="accent4"/>
      </w:tblBorders>
    </w:tblPr>
    <w:tblStylePr w:type="firstRow">
      <w:pPr>
        <w:spacing w:before="0" w:after="0" w:line="240" w:lineRule="auto"/>
      </w:pPr>
      <w:rPr>
        <w:b/>
        <w:bCs/>
      </w:rPr>
      <w:tblPr/>
      <w:tcPr>
        <w:tcBorders>
          <w:top w:val="single" w:sz="8" w:space="0" w:color="8064A2" w:themeColor="accent4"/>
          <w:left w:val="nil"/>
          <w:bottom w:val="single" w:sz="8" w:space="0" w:color="8064A2" w:themeColor="accent4"/>
          <w:right w:val="nil"/>
          <w:insideH w:val="nil"/>
          <w:insideV w:val="nil"/>
        </w:tcBorders>
      </w:tcPr>
    </w:tblStylePr>
    <w:tblStylePr w:type="lastRow">
      <w:pPr>
        <w:spacing w:before="0" w:after="0" w:line="240" w:lineRule="auto"/>
      </w:pPr>
      <w:rPr>
        <w:b/>
        <w:bCs/>
      </w:rPr>
      <w:tblPr/>
      <w:tcPr>
        <w:tcBorders>
          <w:top w:val="single" w:sz="8" w:space="0" w:color="8064A2" w:themeColor="accent4"/>
          <w:left w:val="nil"/>
          <w:bottom w:val="single" w:sz="8" w:space="0" w:color="8064A2" w:themeColor="accent4"/>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FD8E8" w:themeFill="accent4" w:themeFillTint="3F"/>
      </w:tcPr>
    </w:tblStylePr>
    <w:tblStylePr w:type="band1Horz">
      <w:tblPr/>
      <w:tcPr>
        <w:tcBorders>
          <w:left w:val="nil"/>
          <w:right w:val="nil"/>
          <w:insideH w:val="nil"/>
          <w:insideV w:val="nil"/>
        </w:tcBorders>
        <w:shd w:val="clear" w:color="auto" w:fill="DFD8E8" w:themeFill="accent4" w:themeFillTint="3F"/>
      </w:tcPr>
    </w:tblStylePr>
  </w:style>
  <w:style w:type="table" w:styleId="LightShading-Accent5">
    <w:name w:val="Light Shading Accent 5"/>
    <w:basedOn w:val="TableNormal"/>
    <w:uiPriority w:val="60"/>
    <w:rsid w:val="00FC693F"/>
    <w:pPr>
      <w:spacing w:after="0" w:line="240" w:lineRule="auto"/>
    </w:pPr>
    <w:rPr>
      <w:color w:val="31849B" w:themeColor="accent5" w:themeShade="BF"/>
    </w:rPr>
    <w:tblPr>
      <w:tblStyleRowBandSize w:val="1"/>
      <w:tblStyleColBandSize w:val="1"/>
      <w:tblBorders>
        <w:top w:val="single" w:sz="8" w:space="0" w:color="4BACC6" w:themeColor="accent5"/>
        <w:bottom w:val="single" w:sz="8" w:space="0" w:color="4BACC6" w:themeColor="accent5"/>
      </w:tblBorders>
    </w:tblPr>
    <w:tblStylePr w:type="fir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la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left w:val="nil"/>
          <w:right w:val="nil"/>
          <w:insideH w:val="nil"/>
          <w:insideV w:val="nil"/>
        </w:tcBorders>
        <w:shd w:val="clear" w:color="auto" w:fill="D2EAF1" w:themeFill="accent5" w:themeFillTint="3F"/>
      </w:tcPr>
    </w:tblStylePr>
  </w:style>
  <w:style w:type="table" w:styleId="LightShading-Accent6">
    <w:name w:val="Light Shading Accent 6"/>
    <w:basedOn w:val="TableNormal"/>
    <w:uiPriority w:val="60"/>
    <w:rsid w:val="00FC693F"/>
    <w:pPr>
      <w:spacing w:after="0" w:line="240" w:lineRule="auto"/>
    </w:pPr>
    <w:rPr>
      <w:color w:val="E36C0A" w:themeColor="accent6" w:themeShade="BF"/>
    </w:rPr>
    <w:tblPr>
      <w:tblStyleRowBandSize w:val="1"/>
      <w:tblStyleColBandSize w:val="1"/>
      <w:tblBorders>
        <w:top w:val="single" w:sz="8" w:space="0" w:color="F79646" w:themeColor="accent6"/>
        <w:bottom w:val="single" w:sz="8" w:space="0" w:color="F79646" w:themeColor="accent6"/>
      </w:tblBorders>
    </w:tblPr>
    <w:tblStylePr w:type="firstRow">
      <w:pPr>
        <w:spacing w:before="0" w:after="0" w:line="240" w:lineRule="auto"/>
      </w:pPr>
      <w:rPr>
        <w:b/>
        <w:bCs/>
      </w:rPr>
      <w:tblPr/>
      <w:tcPr>
        <w:tcBorders>
          <w:top w:val="single" w:sz="8" w:space="0" w:color="F79646" w:themeColor="accent6"/>
          <w:left w:val="nil"/>
          <w:bottom w:val="single" w:sz="8" w:space="0" w:color="F79646" w:themeColor="accent6"/>
          <w:right w:val="nil"/>
          <w:insideH w:val="nil"/>
          <w:insideV w:val="nil"/>
        </w:tcBorders>
      </w:tcPr>
    </w:tblStylePr>
    <w:tblStylePr w:type="lastRow">
      <w:pPr>
        <w:spacing w:before="0" w:after="0" w:line="240" w:lineRule="auto"/>
      </w:pPr>
      <w:rPr>
        <w:b/>
        <w:bCs/>
      </w:rPr>
      <w:tblPr/>
      <w:tcPr>
        <w:tcBorders>
          <w:top w:val="single" w:sz="8" w:space="0" w:color="F79646" w:themeColor="accent6"/>
          <w:left w:val="nil"/>
          <w:bottom w:val="single" w:sz="8" w:space="0" w:color="F79646" w:themeColor="accent6"/>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FDE4D0" w:themeFill="accent6" w:themeFillTint="3F"/>
      </w:tcPr>
    </w:tblStylePr>
    <w:tblStylePr w:type="band1Horz">
      <w:tblPr/>
      <w:tcPr>
        <w:tcBorders>
          <w:left w:val="nil"/>
          <w:right w:val="nil"/>
          <w:insideH w:val="nil"/>
          <w:insideV w:val="nil"/>
        </w:tcBorders>
        <w:shd w:val="clear" w:color="auto" w:fill="FDE4D0" w:themeFill="accent6" w:themeFillTint="3F"/>
      </w:tcPr>
    </w:tblStylePr>
  </w:style>
  <w:style w:type="table" w:styleId="LightList">
    <w:name w:val="Light List"/>
    <w:basedOn w:val="TableNormal"/>
    <w:uiPriority w:val="61"/>
    <w:rsid w:val="00FC693F"/>
    <w:pPr>
      <w:spacing w:after="0" w:line="240" w:lineRule="auto"/>
    </w:pPr>
    <w:tblPr>
      <w:tblStyleRowBandSize w:val="1"/>
      <w:tblStyleColBandSize w:val="1"/>
      <w:tblBorders>
        <w:top w:val="single" w:sz="8" w:space="0" w:color="000000" w:themeColor="text1"/>
        <w:left w:val="single" w:sz="8" w:space="0" w:color="000000" w:themeColor="text1"/>
        <w:bottom w:val="single" w:sz="8" w:space="0" w:color="000000" w:themeColor="text1"/>
        <w:right w:val="single" w:sz="8" w:space="0" w:color="000000" w:themeColor="text1"/>
      </w:tblBorders>
    </w:tblPr>
    <w:tblStylePr w:type="firstRow">
      <w:pPr>
        <w:spacing w:before="0" w:after="0" w:line="240" w:lineRule="auto"/>
      </w:pPr>
      <w:rPr>
        <w:b/>
        <w:bCs/>
        <w:color w:val="FFFFFF" w:themeColor="background1"/>
      </w:rPr>
      <w:tblPr/>
      <w:tcPr>
        <w:shd w:val="clear" w:color="auto" w:fill="000000" w:themeFill="text1"/>
      </w:tcPr>
    </w:tblStylePr>
    <w:tblStylePr w:type="lastRow">
      <w:pPr>
        <w:spacing w:before="0" w:after="0" w:line="240" w:lineRule="auto"/>
      </w:pPr>
      <w:rPr>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tcBorders>
      </w:tcPr>
    </w:tblStylePr>
    <w:tblStylePr w:type="firstCol">
      <w:rPr>
        <w:b/>
        <w:bCs/>
      </w:rPr>
    </w:tblStylePr>
    <w:tblStylePr w:type="lastCol">
      <w:rPr>
        <w:b/>
        <w:bCs/>
      </w:r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style>
  <w:style w:type="table" w:styleId="LightList-Accent1">
    <w:name w:val="Light List Accent 1"/>
    <w:basedOn w:val="TableNormal"/>
    <w:uiPriority w:val="61"/>
    <w:rsid w:val="00FC693F"/>
    <w:pPr>
      <w:spacing w:after="0" w:line="240" w:lineRule="auto"/>
    </w:pPr>
    <w:tblPr>
      <w:tblStyleRowBandSize w:val="1"/>
      <w:tblStyleColBandSize w:val="1"/>
      <w:tblBorders>
        <w:top w:val="single" w:sz="8" w:space="0" w:color="4F81BD" w:themeColor="accent1"/>
        <w:left w:val="single" w:sz="8" w:space="0" w:color="4F81BD" w:themeColor="accent1"/>
        <w:bottom w:val="single" w:sz="8" w:space="0" w:color="4F81BD" w:themeColor="accent1"/>
        <w:right w:val="single" w:sz="8" w:space="0" w:color="4F81BD" w:themeColor="accent1"/>
      </w:tblBorders>
    </w:tblPr>
    <w:tblStylePr w:type="firstRow">
      <w:pPr>
        <w:spacing w:before="0" w:after="0" w:line="240" w:lineRule="auto"/>
      </w:pPr>
      <w:rPr>
        <w:b/>
        <w:bCs/>
        <w:color w:val="FFFFFF" w:themeColor="background1"/>
      </w:rPr>
      <w:tblPr/>
      <w:tcPr>
        <w:shd w:val="clear" w:color="auto" w:fill="4F81BD" w:themeFill="accent1"/>
      </w:tcPr>
    </w:tblStylePr>
    <w:tblStylePr w:type="lastRow">
      <w:pPr>
        <w:spacing w:before="0" w:after="0" w:line="240" w:lineRule="auto"/>
      </w:pPr>
      <w:rPr>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tcBorders>
      </w:tcPr>
    </w:tblStylePr>
    <w:tblStylePr w:type="firstCol">
      <w:rPr>
        <w:b/>
        <w:bCs/>
      </w:rPr>
    </w:tblStylePr>
    <w:tblStylePr w:type="lastCol">
      <w:rPr>
        <w:b/>
        <w:bCs/>
      </w:r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style>
  <w:style w:type="table" w:styleId="LightList-Accent2">
    <w:name w:val="Light List Accent 2"/>
    <w:basedOn w:val="TableNormal"/>
    <w:uiPriority w:val="61"/>
    <w:rsid w:val="00CB0664"/>
    <w:pPr>
      <w:spacing w:after="0" w:line="240" w:lineRule="auto"/>
    </w:pPr>
    <w:tblPr>
      <w:tblStyleRowBandSize w:val="1"/>
      <w:tblStyleColBandSize w:val="1"/>
      <w:tblBorders>
        <w:top w:val="single" w:sz="8" w:space="0" w:color="C0504D" w:themeColor="accent2"/>
        <w:left w:val="single" w:sz="8" w:space="0" w:color="C0504D" w:themeColor="accent2"/>
        <w:bottom w:val="single" w:sz="8" w:space="0" w:color="C0504D" w:themeColor="accent2"/>
        <w:right w:val="single" w:sz="8" w:space="0" w:color="C0504D" w:themeColor="accent2"/>
      </w:tblBorders>
    </w:tblPr>
    <w:tblStylePr w:type="firstRow">
      <w:pPr>
        <w:spacing w:before="0" w:after="0" w:line="240" w:lineRule="auto"/>
      </w:pPr>
      <w:rPr>
        <w:b/>
        <w:bCs/>
        <w:color w:val="FFFFFF" w:themeColor="background1"/>
      </w:rPr>
      <w:tblPr/>
      <w:tcPr>
        <w:shd w:val="clear" w:color="auto" w:fill="C0504D" w:themeFill="accent2"/>
      </w:tcPr>
    </w:tblStylePr>
    <w:tblStylePr w:type="lastRow">
      <w:pPr>
        <w:spacing w:before="0" w:after="0" w:line="240" w:lineRule="auto"/>
      </w:pPr>
      <w:rPr>
        <w:b/>
        <w:bCs/>
      </w:rPr>
      <w:tblPr/>
      <w:tcPr>
        <w:tcBorders>
          <w:top w:val="double" w:sz="6" w:space="0" w:color="C0504D" w:themeColor="accent2"/>
          <w:left w:val="single" w:sz="8" w:space="0" w:color="C0504D" w:themeColor="accent2"/>
          <w:bottom w:val="single" w:sz="8" w:space="0" w:color="C0504D" w:themeColor="accent2"/>
          <w:right w:val="single" w:sz="8" w:space="0" w:color="C0504D" w:themeColor="accent2"/>
        </w:tcBorders>
      </w:tcPr>
    </w:tblStylePr>
    <w:tblStylePr w:type="firstCol">
      <w:rPr>
        <w:b/>
        <w:bCs/>
      </w:rPr>
    </w:tblStylePr>
    <w:tblStylePr w:type="lastCol">
      <w:rPr>
        <w:b/>
        <w:bCs/>
      </w:rPr>
    </w:tblStylePr>
    <w:tblStylePr w:type="band1Vert">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tblStylePr w:type="band1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style>
  <w:style w:type="table" w:styleId="LightList-Accent3">
    <w:name w:val="Light List Accent 3"/>
    <w:basedOn w:val="TableNormal"/>
    <w:uiPriority w:val="61"/>
    <w:rsid w:val="00CB0664"/>
    <w:pPr>
      <w:spacing w:after="0" w:line="240" w:lineRule="auto"/>
    </w:pPr>
    <w:tblPr>
      <w:tblStyleRowBandSize w:val="1"/>
      <w:tblStyleColBandSize w:val="1"/>
      <w:tblBorders>
        <w:top w:val="single" w:sz="8" w:space="0" w:color="9BBB59" w:themeColor="accent3"/>
        <w:left w:val="single" w:sz="8" w:space="0" w:color="9BBB59" w:themeColor="accent3"/>
        <w:bottom w:val="single" w:sz="8" w:space="0" w:color="9BBB59" w:themeColor="accent3"/>
        <w:right w:val="single" w:sz="8" w:space="0" w:color="9BBB59" w:themeColor="accent3"/>
      </w:tblBorders>
    </w:tblPr>
    <w:tblStylePr w:type="firstRow">
      <w:pPr>
        <w:spacing w:before="0" w:after="0" w:line="240" w:lineRule="auto"/>
      </w:pPr>
      <w:rPr>
        <w:b/>
        <w:bCs/>
        <w:color w:val="FFFFFF" w:themeColor="background1"/>
      </w:rPr>
      <w:tblPr/>
      <w:tcPr>
        <w:shd w:val="clear" w:color="auto" w:fill="9BBB59" w:themeFill="accent3"/>
      </w:tcPr>
    </w:tblStylePr>
    <w:tblStylePr w:type="lastRow">
      <w:pPr>
        <w:spacing w:before="0" w:after="0" w:line="240" w:lineRule="auto"/>
      </w:pPr>
      <w:rPr>
        <w:b/>
        <w:bCs/>
      </w:rPr>
      <w:tblPr/>
      <w:tcPr>
        <w:tcBorders>
          <w:top w:val="double" w:sz="6" w:space="0" w:color="9BBB59" w:themeColor="accent3"/>
          <w:left w:val="single" w:sz="8" w:space="0" w:color="9BBB59" w:themeColor="accent3"/>
          <w:bottom w:val="single" w:sz="8" w:space="0" w:color="9BBB59" w:themeColor="accent3"/>
          <w:right w:val="single" w:sz="8" w:space="0" w:color="9BBB59" w:themeColor="accent3"/>
        </w:tcBorders>
      </w:tcPr>
    </w:tblStylePr>
    <w:tblStylePr w:type="firstCol">
      <w:rPr>
        <w:b/>
        <w:bCs/>
      </w:rPr>
    </w:tblStylePr>
    <w:tblStylePr w:type="lastCol">
      <w:rPr>
        <w:b/>
        <w:bCs/>
      </w:rPr>
    </w:tblStylePr>
    <w:tblStylePr w:type="band1Vert">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tblStylePr w:type="band1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style>
  <w:style w:type="table" w:styleId="LightList-Accent4">
    <w:name w:val="Light List Accent 4"/>
    <w:basedOn w:val="TableNormal"/>
    <w:uiPriority w:val="61"/>
    <w:rsid w:val="00CB0664"/>
    <w:pPr>
      <w:spacing w:after="0" w:line="240" w:lineRule="auto"/>
    </w:pPr>
    <w:tblPr>
      <w:tblStyleRowBandSize w:val="1"/>
      <w:tblStyleColBandSize w:val="1"/>
      <w:tblBorders>
        <w:top w:val="single" w:sz="8" w:space="0" w:color="8064A2" w:themeColor="accent4"/>
        <w:left w:val="single" w:sz="8" w:space="0" w:color="8064A2" w:themeColor="accent4"/>
        <w:bottom w:val="single" w:sz="8" w:space="0" w:color="8064A2" w:themeColor="accent4"/>
        <w:right w:val="single" w:sz="8" w:space="0" w:color="8064A2" w:themeColor="accent4"/>
      </w:tblBorders>
    </w:tblPr>
    <w:tblStylePr w:type="firstRow">
      <w:pPr>
        <w:spacing w:before="0" w:after="0" w:line="240" w:lineRule="auto"/>
      </w:pPr>
      <w:rPr>
        <w:b/>
        <w:bCs/>
        <w:color w:val="FFFFFF" w:themeColor="background1"/>
      </w:rPr>
      <w:tblPr/>
      <w:tcPr>
        <w:shd w:val="clear" w:color="auto" w:fill="8064A2" w:themeFill="accent4"/>
      </w:tcPr>
    </w:tblStylePr>
    <w:tblStylePr w:type="lastRow">
      <w:pPr>
        <w:spacing w:before="0" w:after="0" w:line="240" w:lineRule="auto"/>
      </w:pPr>
      <w:rPr>
        <w:b/>
        <w:bCs/>
      </w:rPr>
      <w:tblPr/>
      <w:tcPr>
        <w:tcBorders>
          <w:top w:val="double" w:sz="6" w:space="0" w:color="8064A2" w:themeColor="accent4"/>
          <w:left w:val="single" w:sz="8" w:space="0" w:color="8064A2" w:themeColor="accent4"/>
          <w:bottom w:val="single" w:sz="8" w:space="0" w:color="8064A2" w:themeColor="accent4"/>
          <w:right w:val="single" w:sz="8" w:space="0" w:color="8064A2" w:themeColor="accent4"/>
        </w:tcBorders>
      </w:tcPr>
    </w:tblStylePr>
    <w:tblStylePr w:type="firstCol">
      <w:rPr>
        <w:b/>
        <w:bCs/>
      </w:rPr>
    </w:tblStylePr>
    <w:tblStylePr w:type="lastCol">
      <w:rPr>
        <w:b/>
        <w:bCs/>
      </w:rPr>
    </w:tblStylePr>
    <w:tblStylePr w:type="band1Vert">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tblStylePr w:type="band1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style>
  <w:style w:type="table" w:styleId="LightList-Accent5">
    <w:name w:val="Light List Accent 5"/>
    <w:basedOn w:val="TableNormal"/>
    <w:uiPriority w:val="61"/>
    <w:rsid w:val="00CB0664"/>
    <w:pPr>
      <w:spacing w:after="0" w:line="240" w:lineRule="auto"/>
    </w:pPr>
    <w:tblPr>
      <w:tblStyleRowBandSize w:val="1"/>
      <w:tblStyleColBandSize w:val="1"/>
      <w:tblBorders>
        <w:top w:val="single" w:sz="8" w:space="0" w:color="4BACC6" w:themeColor="accent5"/>
        <w:left w:val="single" w:sz="8" w:space="0" w:color="4BACC6" w:themeColor="accent5"/>
        <w:bottom w:val="single" w:sz="8" w:space="0" w:color="4BACC6" w:themeColor="accent5"/>
        <w:right w:val="single" w:sz="8" w:space="0" w:color="4BACC6" w:themeColor="accent5"/>
      </w:tblBorders>
    </w:tblPr>
    <w:tblStylePr w:type="firstRow">
      <w:pPr>
        <w:spacing w:before="0" w:after="0" w:line="240" w:lineRule="auto"/>
      </w:pPr>
      <w:rPr>
        <w:b/>
        <w:bCs/>
        <w:color w:val="FFFFFF" w:themeColor="background1"/>
      </w:rPr>
      <w:tblPr/>
      <w:tcPr>
        <w:shd w:val="clear" w:color="auto" w:fill="4BACC6" w:themeFill="accent5"/>
      </w:tcPr>
    </w:tblStylePr>
    <w:tblStylePr w:type="lastRow">
      <w:pPr>
        <w:spacing w:before="0" w:after="0" w:line="240" w:lineRule="auto"/>
      </w:pPr>
      <w:rPr>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tcBorders>
      </w:tcPr>
    </w:tblStylePr>
    <w:tblStylePr w:type="firstCol">
      <w:rPr>
        <w:b/>
        <w:bCs/>
      </w:rPr>
    </w:tblStylePr>
    <w:tblStylePr w:type="lastCol">
      <w:rPr>
        <w:b/>
        <w:bCs/>
      </w:r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style>
  <w:style w:type="table" w:styleId="LightList-Accent6">
    <w:name w:val="Light List Accent 6"/>
    <w:basedOn w:val="TableNormal"/>
    <w:uiPriority w:val="61"/>
    <w:rsid w:val="00CB0664"/>
    <w:pPr>
      <w:spacing w:after="0" w:line="240" w:lineRule="auto"/>
    </w:pPr>
    <w:tblPr>
      <w:tblStyleRowBandSize w:val="1"/>
      <w:tblStyleColBandSize w:val="1"/>
      <w:tblBorders>
        <w:top w:val="single" w:sz="8" w:space="0" w:color="F79646" w:themeColor="accent6"/>
        <w:left w:val="single" w:sz="8" w:space="0" w:color="F79646" w:themeColor="accent6"/>
        <w:bottom w:val="single" w:sz="8" w:space="0" w:color="F79646" w:themeColor="accent6"/>
        <w:right w:val="single" w:sz="8" w:space="0" w:color="F79646" w:themeColor="accent6"/>
      </w:tblBorders>
    </w:tblPr>
    <w:tblStylePr w:type="firstRow">
      <w:pPr>
        <w:spacing w:before="0" w:after="0" w:line="240" w:lineRule="auto"/>
      </w:pPr>
      <w:rPr>
        <w:b/>
        <w:bCs/>
        <w:color w:val="FFFFFF" w:themeColor="background1"/>
      </w:rPr>
      <w:tblPr/>
      <w:tcPr>
        <w:shd w:val="clear" w:color="auto" w:fill="F79646" w:themeFill="accent6"/>
      </w:tcPr>
    </w:tblStylePr>
    <w:tblStylePr w:type="lastRow">
      <w:pPr>
        <w:spacing w:before="0" w:after="0" w:line="240" w:lineRule="auto"/>
      </w:pPr>
      <w:rPr>
        <w:b/>
        <w:bCs/>
      </w:rPr>
      <w:tblPr/>
      <w:tcPr>
        <w:tcBorders>
          <w:top w:val="double" w:sz="6" w:space="0" w:color="F79646" w:themeColor="accent6"/>
          <w:left w:val="single" w:sz="8" w:space="0" w:color="F79646" w:themeColor="accent6"/>
          <w:bottom w:val="single" w:sz="8" w:space="0" w:color="F79646" w:themeColor="accent6"/>
          <w:right w:val="single" w:sz="8" w:space="0" w:color="F79646" w:themeColor="accent6"/>
        </w:tcBorders>
      </w:tcPr>
    </w:tblStylePr>
    <w:tblStylePr w:type="firstCol">
      <w:rPr>
        <w:b/>
        <w:bCs/>
      </w:rPr>
    </w:tblStylePr>
    <w:tblStylePr w:type="lastCol">
      <w:rPr>
        <w:b/>
        <w:bCs/>
      </w:rPr>
    </w:tblStylePr>
    <w:tblStylePr w:type="band1Vert">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tblStylePr w:type="band1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style>
  <w:style w:type="table" w:styleId="LightGrid">
    <w:name w:val="Light Grid"/>
    <w:basedOn w:val="TableNormal"/>
    <w:uiPriority w:val="62"/>
    <w:rsid w:val="00CB0664"/>
    <w:pPr>
      <w:spacing w:after="0" w:line="240" w:lineRule="auto"/>
    </w:pPr>
    <w:tblPr>
      <w:tblStyleRowBandSize w:val="1"/>
      <w:tblStyleColBandSize w:val="1"/>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18" w:space="0" w:color="000000" w:themeColor="text1"/>
          <w:right w:val="single" w:sz="8" w:space="0" w:color="000000" w:themeColor="text1"/>
          <w:insideH w:val="nil"/>
          <w:insideV w:val="single" w:sz="8" w:space="0" w:color="000000" w:themeColor="tex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insideH w:val="nil"/>
          <w:insideV w:val="single" w:sz="8" w:space="0" w:color="000000" w:themeColor="tex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shd w:val="clear" w:color="auto" w:fill="C0C0C0" w:themeFill="text1" w:themeFillTint="3F"/>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shd w:val="clear" w:color="auto" w:fill="C0C0C0" w:themeFill="text1" w:themeFillTint="3F"/>
      </w:tcPr>
    </w:tblStylePr>
    <w:tblStylePr w:type="band2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tcPr>
    </w:tblStylePr>
  </w:style>
  <w:style w:type="table" w:styleId="LightGrid-Accent1">
    <w:name w:val="Light Grid Accent 1"/>
    <w:basedOn w:val="TableNormal"/>
    <w:uiPriority w:val="62"/>
    <w:rsid w:val="00CB0664"/>
    <w:pPr>
      <w:spacing w:after="0" w:line="240" w:lineRule="auto"/>
    </w:pPr>
    <w:tblPr>
      <w:tblStyleRowBandSize w:val="1"/>
      <w:tblStyleColBandSize w:val="1"/>
      <w:tblBorders>
        <w:top w:val="single" w:sz="8" w:space="0" w:color="4F81BD" w:themeColor="accent1"/>
        <w:left w:val="single" w:sz="8" w:space="0" w:color="4F81BD" w:themeColor="accent1"/>
        <w:bottom w:val="single" w:sz="8" w:space="0" w:color="4F81BD" w:themeColor="accent1"/>
        <w:right w:val="single" w:sz="8" w:space="0" w:color="4F81BD" w:themeColor="accent1"/>
        <w:insideH w:val="single" w:sz="8" w:space="0" w:color="4F81BD" w:themeColor="accent1"/>
        <w:insideV w:val="single" w:sz="8" w:space="0" w:color="4F81BD" w:themeColor="accent1"/>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4F81BD" w:themeColor="accent1"/>
          <w:left w:val="single" w:sz="8" w:space="0" w:color="4F81BD" w:themeColor="accent1"/>
          <w:bottom w:val="single" w:sz="18" w:space="0" w:color="4F81BD" w:themeColor="accent1"/>
          <w:right w:val="single" w:sz="8" w:space="0" w:color="4F81BD" w:themeColor="accent1"/>
          <w:insideH w:val="nil"/>
          <w:insideV w:val="single" w:sz="8" w:space="0" w:color="4F81BD" w:themeColor="accen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insideH w:val="nil"/>
          <w:insideV w:val="single" w:sz="8" w:space="0" w:color="4F81BD" w:themeColor="accen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shd w:val="clear" w:color="auto" w:fill="D3DFEE" w:themeFill="accent1" w:themeFillTint="3F"/>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insideV w:val="single" w:sz="8" w:space="0" w:color="4F81BD" w:themeColor="accent1"/>
        </w:tcBorders>
        <w:shd w:val="clear" w:color="auto" w:fill="D3DFEE" w:themeFill="accent1" w:themeFillTint="3F"/>
      </w:tcPr>
    </w:tblStylePr>
    <w:tblStylePr w:type="band2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insideV w:val="single" w:sz="8" w:space="0" w:color="4F81BD" w:themeColor="accent1"/>
        </w:tcBorders>
      </w:tcPr>
    </w:tblStylePr>
  </w:style>
  <w:style w:type="table" w:styleId="LightGrid-Accent2">
    <w:name w:val="Light Grid Accent 2"/>
    <w:basedOn w:val="TableNormal"/>
    <w:uiPriority w:val="62"/>
    <w:rsid w:val="00CB0664"/>
    <w:pPr>
      <w:spacing w:after="0" w:line="240" w:lineRule="auto"/>
    </w:pPr>
    <w:tblPr>
      <w:tblStyleRowBandSize w:val="1"/>
      <w:tblStyleColBandSize w:val="1"/>
      <w:tblBorders>
        <w:top w:val="single" w:sz="8" w:space="0" w:color="C0504D" w:themeColor="accent2"/>
        <w:left w:val="single" w:sz="8" w:space="0" w:color="C0504D" w:themeColor="accent2"/>
        <w:bottom w:val="single" w:sz="8" w:space="0" w:color="C0504D" w:themeColor="accent2"/>
        <w:right w:val="single" w:sz="8" w:space="0" w:color="C0504D" w:themeColor="accent2"/>
        <w:insideH w:val="single" w:sz="8" w:space="0" w:color="C0504D" w:themeColor="accent2"/>
        <w:insideV w:val="single" w:sz="8" w:space="0" w:color="C0504D" w:themeColor="accent2"/>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C0504D" w:themeColor="accent2"/>
          <w:left w:val="single" w:sz="8" w:space="0" w:color="C0504D" w:themeColor="accent2"/>
          <w:bottom w:val="single" w:sz="18" w:space="0" w:color="C0504D" w:themeColor="accent2"/>
          <w:right w:val="single" w:sz="8" w:space="0" w:color="C0504D" w:themeColor="accent2"/>
          <w:insideH w:val="nil"/>
          <w:insideV w:val="single" w:sz="8" w:space="0" w:color="C0504D" w:themeColor="accent2"/>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C0504D" w:themeColor="accent2"/>
          <w:left w:val="single" w:sz="8" w:space="0" w:color="C0504D" w:themeColor="accent2"/>
          <w:bottom w:val="single" w:sz="8" w:space="0" w:color="C0504D" w:themeColor="accent2"/>
          <w:right w:val="single" w:sz="8" w:space="0" w:color="C0504D" w:themeColor="accent2"/>
          <w:insideH w:val="nil"/>
          <w:insideV w:val="single" w:sz="8" w:space="0" w:color="C0504D" w:themeColor="accent2"/>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tblStylePr w:type="band1Vert">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shd w:val="clear" w:color="auto" w:fill="EFD3D2" w:themeFill="accent2" w:themeFillTint="3F"/>
      </w:tcPr>
    </w:tblStylePr>
    <w:tblStylePr w:type="band1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insideV w:val="single" w:sz="8" w:space="0" w:color="C0504D" w:themeColor="accent2"/>
        </w:tcBorders>
        <w:shd w:val="clear" w:color="auto" w:fill="EFD3D2" w:themeFill="accent2" w:themeFillTint="3F"/>
      </w:tcPr>
    </w:tblStylePr>
    <w:tblStylePr w:type="band2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insideV w:val="single" w:sz="8" w:space="0" w:color="C0504D" w:themeColor="accent2"/>
        </w:tcBorders>
      </w:tcPr>
    </w:tblStylePr>
  </w:style>
  <w:style w:type="table" w:styleId="LightGrid-Accent3">
    <w:name w:val="Light Grid Accent 3"/>
    <w:basedOn w:val="TableNormal"/>
    <w:uiPriority w:val="62"/>
    <w:rsid w:val="00CB0664"/>
    <w:pPr>
      <w:spacing w:after="0" w:line="240" w:lineRule="auto"/>
    </w:pPr>
    <w:tblPr>
      <w:tblStyleRowBandSize w:val="1"/>
      <w:tblStyleColBandSize w:val="1"/>
      <w:tblBorders>
        <w:top w:val="single" w:sz="8" w:space="0" w:color="9BBB59" w:themeColor="accent3"/>
        <w:left w:val="single" w:sz="8" w:space="0" w:color="9BBB59" w:themeColor="accent3"/>
        <w:bottom w:val="single" w:sz="8" w:space="0" w:color="9BBB59" w:themeColor="accent3"/>
        <w:right w:val="single" w:sz="8" w:space="0" w:color="9BBB59" w:themeColor="accent3"/>
        <w:insideH w:val="single" w:sz="8" w:space="0" w:color="9BBB59" w:themeColor="accent3"/>
        <w:insideV w:val="single" w:sz="8" w:space="0" w:color="9BBB59" w:themeColor="accent3"/>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9BBB59" w:themeColor="accent3"/>
          <w:left w:val="single" w:sz="8" w:space="0" w:color="9BBB59" w:themeColor="accent3"/>
          <w:bottom w:val="single" w:sz="18" w:space="0" w:color="9BBB59" w:themeColor="accent3"/>
          <w:right w:val="single" w:sz="8" w:space="0" w:color="9BBB59" w:themeColor="accent3"/>
          <w:insideH w:val="nil"/>
          <w:insideV w:val="single" w:sz="8" w:space="0" w:color="9BBB59" w:themeColor="accent3"/>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9BBB59" w:themeColor="accent3"/>
          <w:left w:val="single" w:sz="8" w:space="0" w:color="9BBB59" w:themeColor="accent3"/>
          <w:bottom w:val="single" w:sz="8" w:space="0" w:color="9BBB59" w:themeColor="accent3"/>
          <w:right w:val="single" w:sz="8" w:space="0" w:color="9BBB59" w:themeColor="accent3"/>
          <w:insideH w:val="nil"/>
          <w:insideV w:val="single" w:sz="8" w:space="0" w:color="9BBB59" w:themeColor="accent3"/>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tblStylePr w:type="band1Vert">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shd w:val="clear" w:color="auto" w:fill="E6EED5" w:themeFill="accent3" w:themeFillTint="3F"/>
      </w:tcPr>
    </w:tblStylePr>
    <w:tblStylePr w:type="band1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insideV w:val="single" w:sz="8" w:space="0" w:color="9BBB59" w:themeColor="accent3"/>
        </w:tcBorders>
        <w:shd w:val="clear" w:color="auto" w:fill="E6EED5" w:themeFill="accent3" w:themeFillTint="3F"/>
      </w:tcPr>
    </w:tblStylePr>
    <w:tblStylePr w:type="band2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insideV w:val="single" w:sz="8" w:space="0" w:color="9BBB59" w:themeColor="accent3"/>
        </w:tcBorders>
      </w:tcPr>
    </w:tblStylePr>
  </w:style>
  <w:style w:type="table" w:styleId="LightGrid-Accent4">
    <w:name w:val="Light Grid Accent 4"/>
    <w:basedOn w:val="TableNormal"/>
    <w:uiPriority w:val="62"/>
    <w:rsid w:val="00CB0664"/>
    <w:pPr>
      <w:spacing w:after="0" w:line="240" w:lineRule="auto"/>
    </w:pPr>
    <w:tblPr>
      <w:tblStyleRowBandSize w:val="1"/>
      <w:tblStyleColBandSize w:val="1"/>
      <w:tblBorders>
        <w:top w:val="single" w:sz="8" w:space="0" w:color="8064A2" w:themeColor="accent4"/>
        <w:left w:val="single" w:sz="8" w:space="0" w:color="8064A2" w:themeColor="accent4"/>
        <w:bottom w:val="single" w:sz="8" w:space="0" w:color="8064A2" w:themeColor="accent4"/>
        <w:right w:val="single" w:sz="8" w:space="0" w:color="8064A2" w:themeColor="accent4"/>
        <w:insideH w:val="single" w:sz="8" w:space="0" w:color="8064A2" w:themeColor="accent4"/>
        <w:insideV w:val="single" w:sz="8" w:space="0" w:color="8064A2" w:themeColor="accent4"/>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8064A2" w:themeColor="accent4"/>
          <w:left w:val="single" w:sz="8" w:space="0" w:color="8064A2" w:themeColor="accent4"/>
          <w:bottom w:val="single" w:sz="18" w:space="0" w:color="8064A2" w:themeColor="accent4"/>
          <w:right w:val="single" w:sz="8" w:space="0" w:color="8064A2" w:themeColor="accent4"/>
          <w:insideH w:val="nil"/>
          <w:insideV w:val="single" w:sz="8" w:space="0" w:color="8064A2" w:themeColor="accent4"/>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8064A2" w:themeColor="accent4"/>
          <w:left w:val="single" w:sz="8" w:space="0" w:color="8064A2" w:themeColor="accent4"/>
          <w:bottom w:val="single" w:sz="8" w:space="0" w:color="8064A2" w:themeColor="accent4"/>
          <w:right w:val="single" w:sz="8" w:space="0" w:color="8064A2" w:themeColor="accent4"/>
          <w:insideH w:val="nil"/>
          <w:insideV w:val="single" w:sz="8" w:space="0" w:color="8064A2" w:themeColor="accent4"/>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tblStylePr w:type="band1Vert">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shd w:val="clear" w:color="auto" w:fill="DFD8E8" w:themeFill="accent4" w:themeFillTint="3F"/>
      </w:tcPr>
    </w:tblStylePr>
    <w:tblStylePr w:type="band1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insideV w:val="single" w:sz="8" w:space="0" w:color="8064A2" w:themeColor="accent4"/>
        </w:tcBorders>
        <w:shd w:val="clear" w:color="auto" w:fill="DFD8E8" w:themeFill="accent4" w:themeFillTint="3F"/>
      </w:tcPr>
    </w:tblStylePr>
    <w:tblStylePr w:type="band2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insideV w:val="single" w:sz="8" w:space="0" w:color="8064A2" w:themeColor="accent4"/>
        </w:tcBorders>
      </w:tcPr>
    </w:tblStylePr>
  </w:style>
  <w:style w:type="table" w:styleId="LightGrid-Accent5">
    <w:name w:val="Light Grid Accent 5"/>
    <w:basedOn w:val="TableNormal"/>
    <w:uiPriority w:val="62"/>
    <w:rsid w:val="00CB0664"/>
    <w:pPr>
      <w:spacing w:after="0" w:line="240" w:lineRule="auto"/>
    </w:pPr>
    <w:tblPr>
      <w:tblStyleRowBandSize w:val="1"/>
      <w:tblStyleColBandSize w:val="1"/>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18" w:space="0" w:color="4BACC6" w:themeColor="accent5"/>
          <w:right w:val="single" w:sz="8" w:space="0" w:color="4BACC6" w:themeColor="accent5"/>
          <w:insideH w:val="nil"/>
          <w:insideV w:val="single" w:sz="8" w:space="0" w:color="4BACC6"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insideH w:val="nil"/>
          <w:insideV w:val="single" w:sz="8" w:space="0" w:color="4BACC6"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shd w:val="clear" w:color="auto" w:fill="D2EAF1" w:themeFill="accent5" w:themeFillTint="3F"/>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shd w:val="clear" w:color="auto" w:fill="D2EAF1" w:themeFill="accent5" w:themeFillTint="3F"/>
      </w:tcPr>
    </w:tblStylePr>
    <w:tblStylePr w:type="band2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tcPr>
    </w:tblStylePr>
  </w:style>
  <w:style w:type="table" w:styleId="LightGrid-Accent6">
    <w:name w:val="Light Grid Accent 6"/>
    <w:basedOn w:val="TableNormal"/>
    <w:uiPriority w:val="62"/>
    <w:rsid w:val="00CB0664"/>
    <w:pPr>
      <w:spacing w:after="0" w:line="240" w:lineRule="auto"/>
    </w:pPr>
    <w:tblPr>
      <w:tblStyleRowBandSize w:val="1"/>
      <w:tblStyleColBandSize w:val="1"/>
      <w:tblBorders>
        <w:top w:val="single" w:sz="8" w:space="0" w:color="F79646" w:themeColor="accent6"/>
        <w:left w:val="single" w:sz="8" w:space="0" w:color="F79646" w:themeColor="accent6"/>
        <w:bottom w:val="single" w:sz="8" w:space="0" w:color="F79646" w:themeColor="accent6"/>
        <w:right w:val="single" w:sz="8" w:space="0" w:color="F79646" w:themeColor="accent6"/>
        <w:insideH w:val="single" w:sz="8" w:space="0" w:color="F79646" w:themeColor="accent6"/>
        <w:insideV w:val="single" w:sz="8" w:space="0" w:color="F79646" w:themeColor="accent6"/>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F79646" w:themeColor="accent6"/>
          <w:left w:val="single" w:sz="8" w:space="0" w:color="F79646" w:themeColor="accent6"/>
          <w:bottom w:val="single" w:sz="18" w:space="0" w:color="F79646" w:themeColor="accent6"/>
          <w:right w:val="single" w:sz="8" w:space="0" w:color="F79646" w:themeColor="accent6"/>
          <w:insideH w:val="nil"/>
          <w:insideV w:val="single" w:sz="8" w:space="0" w:color="F79646" w:themeColor="accent6"/>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F79646" w:themeColor="accent6"/>
          <w:left w:val="single" w:sz="8" w:space="0" w:color="F79646" w:themeColor="accent6"/>
          <w:bottom w:val="single" w:sz="8" w:space="0" w:color="F79646" w:themeColor="accent6"/>
          <w:right w:val="single" w:sz="8" w:space="0" w:color="F79646" w:themeColor="accent6"/>
          <w:insideH w:val="nil"/>
          <w:insideV w:val="single" w:sz="8" w:space="0" w:color="F79646" w:themeColor="accent6"/>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tblStylePr w:type="band1Vert">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shd w:val="clear" w:color="auto" w:fill="FDE4D0" w:themeFill="accent6" w:themeFillTint="3F"/>
      </w:tcPr>
    </w:tblStylePr>
    <w:tblStylePr w:type="band1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insideV w:val="single" w:sz="8" w:space="0" w:color="F79646" w:themeColor="accent6"/>
        </w:tcBorders>
        <w:shd w:val="clear" w:color="auto" w:fill="FDE4D0" w:themeFill="accent6" w:themeFillTint="3F"/>
      </w:tcPr>
    </w:tblStylePr>
    <w:tblStylePr w:type="band2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insideV w:val="single" w:sz="8" w:space="0" w:color="F79646" w:themeColor="accent6"/>
        </w:tcBorders>
      </w:tcPr>
    </w:tblStylePr>
  </w:style>
  <w:style w:type="table" w:styleId="MediumShading1">
    <w:name w:val="Medium Shading 1"/>
    <w:basedOn w:val="TableNormal"/>
    <w:uiPriority w:val="63"/>
    <w:rsid w:val="00CB0664"/>
    <w:pPr>
      <w:spacing w:after="0" w:line="240" w:lineRule="auto"/>
    </w:pPr>
    <w:tblPr>
      <w:tblStyleRowBandSize w:val="1"/>
      <w:tblStyleColBandSize w:val="1"/>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tblBorders>
    </w:tblPr>
    <w:tblStylePr w:type="firstRow">
      <w:pPr>
        <w:spacing w:before="0" w:after="0" w:line="240" w:lineRule="auto"/>
      </w:pPr>
      <w:rPr>
        <w:b/>
        <w:bCs/>
        <w:color w:val="FFFFFF" w:themeColor="background1"/>
      </w:rPr>
      <w:tblPr/>
      <w:tcPr>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shd w:val="clear" w:color="auto" w:fill="000000" w:themeFill="text1"/>
      </w:tcPr>
    </w:tblStylePr>
    <w:tblStylePr w:type="lastRow">
      <w:pPr>
        <w:spacing w:before="0" w:after="0" w:line="240" w:lineRule="auto"/>
      </w:pPr>
      <w:rPr>
        <w:b/>
        <w:bCs/>
      </w:rPr>
      <w:tblPr/>
      <w:tcPr>
        <w:tcBorders>
          <w:top w:val="double" w:sz="6"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tcPr>
    </w:tblStylePr>
    <w:tblStylePr w:type="firstCol">
      <w:rPr>
        <w:b/>
        <w:bCs/>
      </w:rPr>
    </w:tblStylePr>
    <w:tblStylePr w:type="lastCol">
      <w:rPr>
        <w:b/>
        <w:bCs/>
      </w:rPr>
    </w:tblStylePr>
    <w:tblStylePr w:type="band1Vert">
      <w:tblPr/>
      <w:tcPr>
        <w:shd w:val="clear" w:color="auto" w:fill="C0C0C0" w:themeFill="text1" w:themeFillTint="3F"/>
      </w:tcPr>
    </w:tblStylePr>
    <w:tblStylePr w:type="band1Horz">
      <w:tblPr/>
      <w:tcPr>
        <w:tcBorders>
          <w:insideH w:val="nil"/>
          <w:insideV w:val="nil"/>
        </w:tcBorders>
        <w:shd w:val="clear" w:color="auto" w:fill="C0C0C0" w:themeFill="text1" w:themeFillTint="3F"/>
      </w:tcPr>
    </w:tblStylePr>
    <w:tblStylePr w:type="band2Horz">
      <w:tblPr/>
      <w:tcPr>
        <w:tcBorders>
          <w:insideH w:val="nil"/>
          <w:insideV w:val="nil"/>
        </w:tcBorders>
      </w:tcPr>
    </w:tblStylePr>
  </w:style>
  <w:style w:type="table" w:styleId="MediumShading1-Accent1">
    <w:name w:val="Medium Shading 1 Accent 1"/>
    <w:basedOn w:val="TableNormal"/>
    <w:uiPriority w:val="63"/>
    <w:rsid w:val="00CB0664"/>
    <w:pPr>
      <w:spacing w:after="0" w:line="240" w:lineRule="auto"/>
    </w:pPr>
    <w:tblPr>
      <w:tblStyleRowBandSize w:val="1"/>
      <w:tblStyleColBandSize w:val="1"/>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tblBorders>
    </w:tblPr>
    <w:tblStylePr w:type="firstRow">
      <w:pPr>
        <w:spacing w:before="0" w:after="0" w:line="240" w:lineRule="auto"/>
      </w:pPr>
      <w:rPr>
        <w:b/>
        <w:bCs/>
        <w:color w:val="FFFFFF" w:themeColor="background1"/>
      </w:rPr>
      <w:tblPr/>
      <w:tcPr>
        <w:tc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shd w:val="clear" w:color="auto" w:fill="4F81BD" w:themeFill="accent1"/>
      </w:tcPr>
    </w:tblStylePr>
    <w:tblStylePr w:type="lastRow">
      <w:pPr>
        <w:spacing w:before="0" w:after="0" w:line="240" w:lineRule="auto"/>
      </w:pPr>
      <w:rPr>
        <w:b/>
        <w:bCs/>
      </w:rPr>
      <w:tblPr/>
      <w:tcPr>
        <w:tcBorders>
          <w:top w:val="double" w:sz="6"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tcPr>
    </w:tblStylePr>
    <w:tblStylePr w:type="firstCol">
      <w:rPr>
        <w:b/>
        <w:bCs/>
      </w:rPr>
    </w:tblStylePr>
    <w:tblStylePr w:type="lastCol">
      <w:rPr>
        <w:b/>
        <w:bCs/>
      </w:rPr>
    </w:tblStylePr>
    <w:tblStylePr w:type="band1Vert">
      <w:tblPr/>
      <w:tcPr>
        <w:shd w:val="clear" w:color="auto" w:fill="D3DFEE" w:themeFill="accent1" w:themeFillTint="3F"/>
      </w:tcPr>
    </w:tblStylePr>
    <w:tblStylePr w:type="band1Horz">
      <w:tblPr/>
      <w:tcPr>
        <w:tcBorders>
          <w:insideH w:val="nil"/>
          <w:insideV w:val="nil"/>
        </w:tcBorders>
        <w:shd w:val="clear" w:color="auto" w:fill="D3DFEE" w:themeFill="accent1" w:themeFillTint="3F"/>
      </w:tcPr>
    </w:tblStylePr>
    <w:tblStylePr w:type="band2Horz">
      <w:tblPr/>
      <w:tcPr>
        <w:tcBorders>
          <w:insideH w:val="nil"/>
          <w:insideV w:val="nil"/>
        </w:tcBorders>
      </w:tcPr>
    </w:tblStylePr>
  </w:style>
  <w:style w:type="table" w:styleId="MediumShading1-Accent2">
    <w:name w:val="Medium Shading 1 Accent 2"/>
    <w:basedOn w:val="TableNormal"/>
    <w:uiPriority w:val="63"/>
    <w:rsid w:val="00CB0664"/>
    <w:pPr>
      <w:spacing w:after="0" w:line="240" w:lineRule="auto"/>
    </w:pPr>
    <w:tblPr>
      <w:tblStyleRowBandSize w:val="1"/>
      <w:tblStyleColBandSize w:val="1"/>
      <w:tbl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single" w:sz="8" w:space="0" w:color="CF7B79" w:themeColor="accent2" w:themeTint="BF"/>
      </w:tblBorders>
    </w:tblPr>
    <w:tblStylePr w:type="firstRow">
      <w:pPr>
        <w:spacing w:before="0" w:after="0" w:line="240" w:lineRule="auto"/>
      </w:pPr>
      <w:rPr>
        <w:b/>
        <w:bCs/>
        <w:color w:val="FFFFFF" w:themeColor="background1"/>
      </w:rPr>
      <w:tblPr/>
      <w:tcPr>
        <w:tc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nil"/>
          <w:insideV w:val="nil"/>
        </w:tcBorders>
        <w:shd w:val="clear" w:color="auto" w:fill="C0504D" w:themeFill="accent2"/>
      </w:tcPr>
    </w:tblStylePr>
    <w:tblStylePr w:type="lastRow">
      <w:pPr>
        <w:spacing w:before="0" w:after="0" w:line="240" w:lineRule="auto"/>
      </w:pPr>
      <w:rPr>
        <w:b/>
        <w:bCs/>
      </w:rPr>
      <w:tblPr/>
      <w:tcPr>
        <w:tcBorders>
          <w:top w:val="double" w:sz="6"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nil"/>
          <w:insideV w:val="nil"/>
        </w:tcBorders>
      </w:tcPr>
    </w:tblStylePr>
    <w:tblStylePr w:type="firstCol">
      <w:rPr>
        <w:b/>
        <w:bCs/>
      </w:rPr>
    </w:tblStylePr>
    <w:tblStylePr w:type="lastCol">
      <w:rPr>
        <w:b/>
        <w:bCs/>
      </w:rPr>
    </w:tblStylePr>
    <w:tblStylePr w:type="band1Vert">
      <w:tblPr/>
      <w:tcPr>
        <w:shd w:val="clear" w:color="auto" w:fill="EFD3D2" w:themeFill="accent2" w:themeFillTint="3F"/>
      </w:tcPr>
    </w:tblStylePr>
    <w:tblStylePr w:type="band1Horz">
      <w:tblPr/>
      <w:tcPr>
        <w:tcBorders>
          <w:insideH w:val="nil"/>
          <w:insideV w:val="nil"/>
        </w:tcBorders>
        <w:shd w:val="clear" w:color="auto" w:fill="EFD3D2" w:themeFill="accent2" w:themeFillTint="3F"/>
      </w:tcPr>
    </w:tblStylePr>
    <w:tblStylePr w:type="band2Horz">
      <w:tblPr/>
      <w:tcPr>
        <w:tcBorders>
          <w:insideH w:val="nil"/>
          <w:insideV w:val="nil"/>
        </w:tcBorders>
      </w:tcPr>
    </w:tblStylePr>
  </w:style>
  <w:style w:type="table" w:styleId="MediumShading1-Accent3">
    <w:name w:val="Medium Shading 1 Accent 3"/>
    <w:basedOn w:val="TableNormal"/>
    <w:uiPriority w:val="63"/>
    <w:rsid w:val="00CB0664"/>
    <w:pPr>
      <w:spacing w:after="0" w:line="240" w:lineRule="auto"/>
    </w:pPr>
    <w:tblPr>
      <w:tblStyleRowBandSize w:val="1"/>
      <w:tblStyleColBandSize w:val="1"/>
      <w:tbl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single" w:sz="8" w:space="0" w:color="B3CC82" w:themeColor="accent3" w:themeTint="BF"/>
      </w:tblBorders>
    </w:tblPr>
    <w:tblStylePr w:type="firstRow">
      <w:pPr>
        <w:spacing w:before="0" w:after="0" w:line="240" w:lineRule="auto"/>
      </w:pPr>
      <w:rPr>
        <w:b/>
        <w:bCs/>
        <w:color w:val="FFFFFF" w:themeColor="background1"/>
      </w:rPr>
      <w:tblPr/>
      <w:tcPr>
        <w:tc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nil"/>
          <w:insideV w:val="nil"/>
        </w:tcBorders>
        <w:shd w:val="clear" w:color="auto" w:fill="9BBB59" w:themeFill="accent3"/>
      </w:tcPr>
    </w:tblStylePr>
    <w:tblStylePr w:type="lastRow">
      <w:pPr>
        <w:spacing w:before="0" w:after="0" w:line="240" w:lineRule="auto"/>
      </w:pPr>
      <w:rPr>
        <w:b/>
        <w:bCs/>
      </w:rPr>
      <w:tblPr/>
      <w:tcPr>
        <w:tcBorders>
          <w:top w:val="double" w:sz="6"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nil"/>
          <w:insideV w:val="nil"/>
        </w:tcBorders>
      </w:tcPr>
    </w:tblStylePr>
    <w:tblStylePr w:type="firstCol">
      <w:rPr>
        <w:b/>
        <w:bCs/>
      </w:rPr>
    </w:tblStylePr>
    <w:tblStylePr w:type="lastCol">
      <w:rPr>
        <w:b/>
        <w:bCs/>
      </w:rPr>
    </w:tblStylePr>
    <w:tblStylePr w:type="band1Vert">
      <w:tblPr/>
      <w:tcPr>
        <w:shd w:val="clear" w:color="auto" w:fill="E6EED5" w:themeFill="accent3" w:themeFillTint="3F"/>
      </w:tcPr>
    </w:tblStylePr>
    <w:tblStylePr w:type="band1Horz">
      <w:tblPr/>
      <w:tcPr>
        <w:tcBorders>
          <w:insideH w:val="nil"/>
          <w:insideV w:val="nil"/>
        </w:tcBorders>
        <w:shd w:val="clear" w:color="auto" w:fill="E6EED5" w:themeFill="accent3" w:themeFillTint="3F"/>
      </w:tcPr>
    </w:tblStylePr>
    <w:tblStylePr w:type="band2Horz">
      <w:tblPr/>
      <w:tcPr>
        <w:tcBorders>
          <w:insideH w:val="nil"/>
          <w:insideV w:val="nil"/>
        </w:tcBorders>
      </w:tcPr>
    </w:tblStylePr>
  </w:style>
  <w:style w:type="table" w:styleId="MediumShading1-Accent4">
    <w:name w:val="Medium Shading 1 Accent 4"/>
    <w:basedOn w:val="TableNormal"/>
    <w:uiPriority w:val="63"/>
    <w:rsid w:val="00CB0664"/>
    <w:pPr>
      <w:spacing w:after="0" w:line="240" w:lineRule="auto"/>
    </w:pPr>
    <w:tblPr>
      <w:tblStyleRowBandSize w:val="1"/>
      <w:tblStyleColBandSize w:val="1"/>
      <w:tbl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single" w:sz="8" w:space="0" w:color="9F8AB9" w:themeColor="accent4" w:themeTint="BF"/>
      </w:tblBorders>
    </w:tblPr>
    <w:tblStylePr w:type="firstRow">
      <w:pPr>
        <w:spacing w:before="0" w:after="0" w:line="240" w:lineRule="auto"/>
      </w:pPr>
      <w:rPr>
        <w:b/>
        <w:bCs/>
        <w:color w:val="FFFFFF" w:themeColor="background1"/>
      </w:rPr>
      <w:tblPr/>
      <w:tcPr>
        <w:tc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nil"/>
          <w:insideV w:val="nil"/>
        </w:tcBorders>
        <w:shd w:val="clear" w:color="auto" w:fill="8064A2" w:themeFill="accent4"/>
      </w:tcPr>
    </w:tblStylePr>
    <w:tblStylePr w:type="lastRow">
      <w:pPr>
        <w:spacing w:before="0" w:after="0" w:line="240" w:lineRule="auto"/>
      </w:pPr>
      <w:rPr>
        <w:b/>
        <w:bCs/>
      </w:rPr>
      <w:tblPr/>
      <w:tcPr>
        <w:tcBorders>
          <w:top w:val="double" w:sz="6"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nil"/>
          <w:insideV w:val="nil"/>
        </w:tcBorders>
      </w:tcPr>
    </w:tblStylePr>
    <w:tblStylePr w:type="firstCol">
      <w:rPr>
        <w:b/>
        <w:bCs/>
      </w:rPr>
    </w:tblStylePr>
    <w:tblStylePr w:type="lastCol">
      <w:rPr>
        <w:b/>
        <w:bCs/>
      </w:rPr>
    </w:tblStylePr>
    <w:tblStylePr w:type="band1Vert">
      <w:tblPr/>
      <w:tcPr>
        <w:shd w:val="clear" w:color="auto" w:fill="DFD8E8" w:themeFill="accent4" w:themeFillTint="3F"/>
      </w:tcPr>
    </w:tblStylePr>
    <w:tblStylePr w:type="band1Horz">
      <w:tblPr/>
      <w:tcPr>
        <w:tcBorders>
          <w:insideH w:val="nil"/>
          <w:insideV w:val="nil"/>
        </w:tcBorders>
        <w:shd w:val="clear" w:color="auto" w:fill="DFD8E8" w:themeFill="accent4" w:themeFillTint="3F"/>
      </w:tcPr>
    </w:tblStylePr>
    <w:tblStylePr w:type="band2Horz">
      <w:tblPr/>
      <w:tcPr>
        <w:tcBorders>
          <w:insideH w:val="nil"/>
          <w:insideV w:val="nil"/>
        </w:tcBorders>
      </w:tcPr>
    </w:tblStylePr>
  </w:style>
  <w:style w:type="table" w:styleId="MediumShading1-Accent5">
    <w:name w:val="Medium Shading 1 Accent 5"/>
    <w:basedOn w:val="TableNormal"/>
    <w:uiPriority w:val="63"/>
    <w:rsid w:val="00CB0664"/>
    <w:pPr>
      <w:spacing w:after="0" w:line="240" w:lineRule="auto"/>
    </w:pPr>
    <w:tblPr>
      <w:tblStyleRowBandSize w:val="1"/>
      <w:tblStyleColBandSize w:val="1"/>
      <w:tbl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single" w:sz="8" w:space="0" w:color="78C0D4" w:themeColor="accent5" w:themeTint="BF"/>
      </w:tblBorders>
    </w:tblPr>
    <w:tblStylePr w:type="firstRow">
      <w:pPr>
        <w:spacing w:before="0" w:after="0" w:line="240" w:lineRule="auto"/>
      </w:pPr>
      <w:rPr>
        <w:b/>
        <w:bCs/>
        <w:color w:val="FFFFFF" w:themeColor="background1"/>
      </w:rPr>
      <w:tblPr/>
      <w:tcPr>
        <w:tc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shd w:val="clear" w:color="auto" w:fill="4BACC6" w:themeFill="accent5"/>
      </w:tcPr>
    </w:tblStylePr>
    <w:tblStylePr w:type="lastRow">
      <w:pPr>
        <w:spacing w:before="0" w:after="0" w:line="240" w:lineRule="auto"/>
      </w:pPr>
      <w:rPr>
        <w:b/>
        <w:bCs/>
      </w:rPr>
      <w:tblPr/>
      <w:tcPr>
        <w:tcBorders>
          <w:top w:val="double" w:sz="6"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tcPr>
    </w:tblStylePr>
    <w:tblStylePr w:type="firstCol">
      <w:rPr>
        <w:b/>
        <w:bCs/>
      </w:rPr>
    </w:tblStylePr>
    <w:tblStylePr w:type="lastCol">
      <w:rPr>
        <w:b/>
        <w:bCs/>
      </w:rPr>
    </w:tblStylePr>
    <w:tblStylePr w:type="band1Vert">
      <w:tblPr/>
      <w:tcPr>
        <w:shd w:val="clear" w:color="auto" w:fill="D2EAF1" w:themeFill="accent5" w:themeFillTint="3F"/>
      </w:tcPr>
    </w:tblStylePr>
    <w:tblStylePr w:type="band1Horz">
      <w:tblPr/>
      <w:tcPr>
        <w:tcBorders>
          <w:insideH w:val="nil"/>
          <w:insideV w:val="nil"/>
        </w:tcBorders>
        <w:shd w:val="clear" w:color="auto" w:fill="D2EAF1" w:themeFill="accent5" w:themeFillTint="3F"/>
      </w:tcPr>
    </w:tblStylePr>
    <w:tblStylePr w:type="band2Horz">
      <w:tblPr/>
      <w:tcPr>
        <w:tcBorders>
          <w:insideH w:val="nil"/>
          <w:insideV w:val="nil"/>
        </w:tcBorders>
      </w:tcPr>
    </w:tblStylePr>
  </w:style>
  <w:style w:type="table" w:styleId="MediumShading1-Accent6">
    <w:name w:val="Medium Shading 1 Accent 6"/>
    <w:basedOn w:val="TableNormal"/>
    <w:uiPriority w:val="63"/>
    <w:rsid w:val="00CB0664"/>
    <w:pPr>
      <w:spacing w:after="0" w:line="240" w:lineRule="auto"/>
    </w:pPr>
    <w:tblPr>
      <w:tblStyleRowBandSize w:val="1"/>
      <w:tblStyleColBandSize w:val="1"/>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tblBorders>
    </w:tblPr>
    <w:tblStylePr w:type="firstRow">
      <w:pPr>
        <w:spacing w:before="0" w:after="0" w:line="240" w:lineRule="auto"/>
      </w:pPr>
      <w:rPr>
        <w:b/>
        <w:bCs/>
        <w:color w:val="FFFFFF" w:themeColor="background1"/>
      </w:rPr>
      <w:tblPr/>
      <w:tcPr>
        <w:tc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nil"/>
          <w:insideV w:val="nil"/>
        </w:tcBorders>
        <w:shd w:val="clear" w:color="auto" w:fill="F79646" w:themeFill="accent6"/>
      </w:tcPr>
    </w:tblStylePr>
    <w:tblStylePr w:type="lastRow">
      <w:pPr>
        <w:spacing w:before="0" w:after="0" w:line="240" w:lineRule="auto"/>
      </w:pPr>
      <w:rPr>
        <w:b/>
        <w:bCs/>
      </w:rPr>
      <w:tblPr/>
      <w:tcPr>
        <w:tcBorders>
          <w:top w:val="double" w:sz="6"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nil"/>
          <w:insideV w:val="nil"/>
        </w:tcBorders>
      </w:tcPr>
    </w:tblStylePr>
    <w:tblStylePr w:type="firstCol">
      <w:rPr>
        <w:b/>
        <w:bCs/>
      </w:rPr>
    </w:tblStylePr>
    <w:tblStylePr w:type="lastCol">
      <w:rPr>
        <w:b/>
        <w:bCs/>
      </w:rPr>
    </w:tblStylePr>
    <w:tblStylePr w:type="band1Vert">
      <w:tblPr/>
      <w:tcPr>
        <w:shd w:val="clear" w:color="auto" w:fill="FDE4D0" w:themeFill="accent6" w:themeFillTint="3F"/>
      </w:tcPr>
    </w:tblStylePr>
    <w:tblStylePr w:type="band1Horz">
      <w:tblPr/>
      <w:tcPr>
        <w:tcBorders>
          <w:insideH w:val="nil"/>
          <w:insideV w:val="nil"/>
        </w:tcBorders>
        <w:shd w:val="clear" w:color="auto" w:fill="FDE4D0" w:themeFill="accent6" w:themeFillTint="3F"/>
      </w:tcPr>
    </w:tblStylePr>
    <w:tblStylePr w:type="band2Horz">
      <w:tblPr/>
      <w:tcPr>
        <w:tcBorders>
          <w:insideH w:val="nil"/>
          <w:insideV w:val="nil"/>
        </w:tcBorders>
      </w:tcPr>
    </w:tblStylePr>
  </w:style>
  <w:style w:type="table" w:styleId="MediumShading2">
    <w:name w:val="Medium Shading 2"/>
    <w:basedOn w:val="TableNormal"/>
    <w:uiPriority w:val="64"/>
    <w:rsid w:val="00CB0664"/>
    <w:pPr>
      <w:spacing w:after="0" w:line="240" w:lineRule="auto"/>
    </w:p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000000" w:themeFill="tex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000000" w:themeFill="text1"/>
      </w:tcPr>
    </w:tblStylePr>
    <w:tblStylePr w:type="lastCol">
      <w:rPr>
        <w:b/>
        <w:bCs/>
        <w:color w:val="FFFFFF" w:themeColor="background1"/>
      </w:rPr>
      <w:tblPr/>
      <w:tcPr>
        <w:tcBorders>
          <w:left w:val="nil"/>
          <w:right w:val="nil"/>
          <w:insideH w:val="nil"/>
          <w:insideV w:val="nil"/>
        </w:tcBorders>
        <w:shd w:val="clear" w:color="auto" w:fill="000000" w:themeFill="tex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1">
    <w:name w:val="Medium Shading 2 Accent 1"/>
    <w:basedOn w:val="TableNormal"/>
    <w:uiPriority w:val="64"/>
    <w:rsid w:val="00CB0664"/>
    <w:pPr>
      <w:spacing w:after="0" w:line="240" w:lineRule="auto"/>
    </w:p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F81BD" w:themeFill="accen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F81BD" w:themeFill="accent1"/>
      </w:tcPr>
    </w:tblStylePr>
    <w:tblStylePr w:type="lastCol">
      <w:rPr>
        <w:b/>
        <w:bCs/>
        <w:color w:val="FFFFFF" w:themeColor="background1"/>
      </w:rPr>
      <w:tblPr/>
      <w:tcPr>
        <w:tcBorders>
          <w:left w:val="nil"/>
          <w:right w:val="nil"/>
          <w:insideH w:val="nil"/>
          <w:insideV w:val="nil"/>
        </w:tcBorders>
        <w:shd w:val="clear" w:color="auto" w:fill="4F81BD" w:themeFill="accen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2">
    <w:name w:val="Medium Shading 2 Accent 2"/>
    <w:basedOn w:val="TableNormal"/>
    <w:uiPriority w:val="64"/>
    <w:rsid w:val="00CB0664"/>
    <w:pPr>
      <w:spacing w:after="0" w:line="240" w:lineRule="auto"/>
    </w:p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C0504D" w:themeFill="accent2"/>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C0504D" w:themeFill="accent2"/>
      </w:tcPr>
    </w:tblStylePr>
    <w:tblStylePr w:type="lastCol">
      <w:rPr>
        <w:b/>
        <w:bCs/>
        <w:color w:val="FFFFFF" w:themeColor="background1"/>
      </w:rPr>
      <w:tblPr/>
      <w:tcPr>
        <w:tcBorders>
          <w:left w:val="nil"/>
          <w:right w:val="nil"/>
          <w:insideH w:val="nil"/>
          <w:insideV w:val="nil"/>
        </w:tcBorders>
        <w:shd w:val="clear" w:color="auto" w:fill="C0504D" w:themeFill="accent2"/>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3">
    <w:name w:val="Medium Shading 2 Accent 3"/>
    <w:basedOn w:val="TableNormal"/>
    <w:uiPriority w:val="64"/>
    <w:rsid w:val="00CB0664"/>
    <w:pPr>
      <w:spacing w:after="0" w:line="240" w:lineRule="auto"/>
    </w:p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9BBB59" w:themeFill="accent3"/>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9BBB59" w:themeFill="accent3"/>
      </w:tcPr>
    </w:tblStylePr>
    <w:tblStylePr w:type="lastCol">
      <w:rPr>
        <w:b/>
        <w:bCs/>
        <w:color w:val="FFFFFF" w:themeColor="background1"/>
      </w:rPr>
      <w:tblPr/>
      <w:tcPr>
        <w:tcBorders>
          <w:left w:val="nil"/>
          <w:right w:val="nil"/>
          <w:insideH w:val="nil"/>
          <w:insideV w:val="nil"/>
        </w:tcBorders>
        <w:shd w:val="clear" w:color="auto" w:fill="9BBB59" w:themeFill="accent3"/>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4">
    <w:name w:val="Medium Shading 2 Accent 4"/>
    <w:basedOn w:val="TableNormal"/>
    <w:uiPriority w:val="64"/>
    <w:rsid w:val="00CB0664"/>
    <w:pPr>
      <w:spacing w:after="0" w:line="240" w:lineRule="auto"/>
    </w:p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8064A2" w:themeFill="accent4"/>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8064A2" w:themeFill="accent4"/>
      </w:tcPr>
    </w:tblStylePr>
    <w:tblStylePr w:type="lastCol">
      <w:rPr>
        <w:b/>
        <w:bCs/>
        <w:color w:val="FFFFFF" w:themeColor="background1"/>
      </w:rPr>
      <w:tblPr/>
      <w:tcPr>
        <w:tcBorders>
          <w:left w:val="nil"/>
          <w:right w:val="nil"/>
          <w:insideH w:val="nil"/>
          <w:insideV w:val="nil"/>
        </w:tcBorders>
        <w:shd w:val="clear" w:color="auto" w:fill="8064A2" w:themeFill="accent4"/>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5">
    <w:name w:val="Medium Shading 2 Accent 5"/>
    <w:basedOn w:val="TableNormal"/>
    <w:uiPriority w:val="64"/>
    <w:rsid w:val="00CB0664"/>
    <w:pPr>
      <w:spacing w:after="0" w:line="240" w:lineRule="auto"/>
    </w:p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BACC6" w:themeFill="accent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BACC6" w:themeFill="accent5"/>
      </w:tcPr>
    </w:tblStylePr>
    <w:tblStylePr w:type="lastCol">
      <w:rPr>
        <w:b/>
        <w:bCs/>
        <w:color w:val="FFFFFF" w:themeColor="background1"/>
      </w:rPr>
      <w:tblPr/>
      <w:tcPr>
        <w:tcBorders>
          <w:left w:val="nil"/>
          <w:right w:val="nil"/>
          <w:insideH w:val="nil"/>
          <w:insideV w:val="nil"/>
        </w:tcBorders>
        <w:shd w:val="clear" w:color="auto" w:fill="4BACC6"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6">
    <w:name w:val="Medium Shading 2 Accent 6"/>
    <w:basedOn w:val="TableNormal"/>
    <w:uiPriority w:val="64"/>
    <w:rsid w:val="00CB0664"/>
    <w:pPr>
      <w:spacing w:after="0" w:line="240" w:lineRule="auto"/>
    </w:p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F79646" w:themeFill="accent6"/>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F79646" w:themeFill="accent6"/>
      </w:tcPr>
    </w:tblStylePr>
    <w:tblStylePr w:type="lastCol">
      <w:rPr>
        <w:b/>
        <w:bCs/>
        <w:color w:val="FFFFFF" w:themeColor="background1"/>
      </w:rPr>
      <w:tblPr/>
      <w:tcPr>
        <w:tcBorders>
          <w:left w:val="nil"/>
          <w:right w:val="nil"/>
          <w:insideH w:val="nil"/>
          <w:insideV w:val="nil"/>
        </w:tcBorders>
        <w:shd w:val="clear" w:color="auto" w:fill="F79646" w:themeFill="accent6"/>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List1">
    <w:name w:val="Medium List 1"/>
    <w:basedOn w:val="TableNormal"/>
    <w:uiPriority w:val="65"/>
    <w:rsid w:val="00CB0664"/>
    <w:pPr>
      <w:spacing w:after="0" w:line="240" w:lineRule="auto"/>
    </w:pPr>
    <w:rPr>
      <w:color w:val="000000" w:themeColor="text1"/>
    </w:rPr>
    <w:tblPr>
      <w:tblStyleRowBandSize w:val="1"/>
      <w:tblStyleColBandSize w:val="1"/>
      <w:tblBorders>
        <w:top w:val="single" w:sz="8" w:space="0" w:color="000000" w:themeColor="text1"/>
        <w:bottom w:val="single" w:sz="8" w:space="0" w:color="000000" w:themeColor="text1"/>
      </w:tblBorders>
    </w:tblPr>
    <w:tblStylePr w:type="firstRow">
      <w:rPr>
        <w:rFonts w:asciiTheme="majorHAnsi" w:eastAsiaTheme="majorEastAsia" w:hAnsiTheme="majorHAnsi" w:cstheme="majorBidi"/>
      </w:rPr>
      <w:tblPr/>
      <w:tcPr>
        <w:tcBorders>
          <w:top w:val="nil"/>
          <w:bottom w:val="single" w:sz="8" w:space="0" w:color="000000" w:themeColor="text1"/>
        </w:tcBorders>
      </w:tcPr>
    </w:tblStylePr>
    <w:tblStylePr w:type="lastRow">
      <w:rPr>
        <w:b/>
        <w:bCs/>
        <w:color w:val="1F497D" w:themeColor="text2"/>
      </w:rPr>
      <w:tblPr/>
      <w:tcPr>
        <w:tcBorders>
          <w:top w:val="single" w:sz="8" w:space="0" w:color="000000" w:themeColor="text1"/>
          <w:bottom w:val="single" w:sz="8" w:space="0" w:color="000000" w:themeColor="text1"/>
        </w:tcBorders>
      </w:tcPr>
    </w:tblStylePr>
    <w:tblStylePr w:type="firstCol">
      <w:rPr>
        <w:b/>
        <w:bCs/>
      </w:rPr>
    </w:tblStylePr>
    <w:tblStylePr w:type="lastCol">
      <w:rPr>
        <w:b/>
        <w:bCs/>
      </w:rPr>
      <w:tblPr/>
      <w:tcPr>
        <w:tcBorders>
          <w:top w:val="single" w:sz="8" w:space="0" w:color="000000" w:themeColor="text1"/>
          <w:bottom w:val="single" w:sz="8" w:space="0" w:color="000000" w:themeColor="text1"/>
        </w:tcBorders>
      </w:tcPr>
    </w:tblStylePr>
    <w:tblStylePr w:type="band1Vert">
      <w:tblPr/>
      <w:tcPr>
        <w:shd w:val="clear" w:color="auto" w:fill="C0C0C0" w:themeFill="text1" w:themeFillTint="3F"/>
      </w:tcPr>
    </w:tblStylePr>
    <w:tblStylePr w:type="band1Horz">
      <w:tblPr/>
      <w:tcPr>
        <w:shd w:val="clear" w:color="auto" w:fill="C0C0C0" w:themeFill="text1" w:themeFillTint="3F"/>
      </w:tcPr>
    </w:tblStylePr>
  </w:style>
  <w:style w:type="table" w:styleId="MediumList1-Accent1">
    <w:name w:val="Medium List 1 Accent 1"/>
    <w:basedOn w:val="TableNormal"/>
    <w:uiPriority w:val="65"/>
    <w:rsid w:val="00CB0664"/>
    <w:pPr>
      <w:spacing w:after="0" w:line="240" w:lineRule="auto"/>
    </w:pPr>
    <w:rPr>
      <w:color w:val="000000" w:themeColor="text1"/>
    </w:rPr>
    <w:tblPr>
      <w:tblStyleRowBandSize w:val="1"/>
      <w:tblStyleColBandSize w:val="1"/>
      <w:tblBorders>
        <w:top w:val="single" w:sz="8" w:space="0" w:color="4F81BD" w:themeColor="accent1"/>
        <w:bottom w:val="single" w:sz="8" w:space="0" w:color="4F81BD" w:themeColor="accent1"/>
      </w:tblBorders>
    </w:tblPr>
    <w:tblStylePr w:type="firstRow">
      <w:rPr>
        <w:rFonts w:asciiTheme="majorHAnsi" w:eastAsiaTheme="majorEastAsia" w:hAnsiTheme="majorHAnsi" w:cstheme="majorBidi"/>
      </w:rPr>
      <w:tblPr/>
      <w:tcPr>
        <w:tcBorders>
          <w:top w:val="nil"/>
          <w:bottom w:val="single" w:sz="8" w:space="0" w:color="4F81BD" w:themeColor="accent1"/>
        </w:tcBorders>
      </w:tcPr>
    </w:tblStylePr>
    <w:tblStylePr w:type="lastRow">
      <w:rPr>
        <w:b/>
        <w:bCs/>
        <w:color w:val="1F497D" w:themeColor="text2"/>
      </w:rPr>
      <w:tblPr/>
      <w:tcPr>
        <w:tcBorders>
          <w:top w:val="single" w:sz="8" w:space="0" w:color="4F81BD" w:themeColor="accent1"/>
          <w:bottom w:val="single" w:sz="8" w:space="0" w:color="4F81BD" w:themeColor="accent1"/>
        </w:tcBorders>
      </w:tcPr>
    </w:tblStylePr>
    <w:tblStylePr w:type="firstCol">
      <w:rPr>
        <w:b/>
        <w:bCs/>
      </w:rPr>
    </w:tblStylePr>
    <w:tblStylePr w:type="lastCol">
      <w:rPr>
        <w:b/>
        <w:bCs/>
      </w:rPr>
      <w:tblPr/>
      <w:tcPr>
        <w:tcBorders>
          <w:top w:val="single" w:sz="8" w:space="0" w:color="4F81BD" w:themeColor="accent1"/>
          <w:bottom w:val="single" w:sz="8" w:space="0" w:color="4F81BD" w:themeColor="accent1"/>
        </w:tcBorders>
      </w:tcPr>
    </w:tblStylePr>
    <w:tblStylePr w:type="band1Vert">
      <w:tblPr/>
      <w:tcPr>
        <w:shd w:val="clear" w:color="auto" w:fill="D3DFEE" w:themeFill="accent1" w:themeFillTint="3F"/>
      </w:tcPr>
    </w:tblStylePr>
    <w:tblStylePr w:type="band1Horz">
      <w:tblPr/>
      <w:tcPr>
        <w:shd w:val="clear" w:color="auto" w:fill="D3DFEE" w:themeFill="accent1" w:themeFillTint="3F"/>
      </w:tcPr>
    </w:tblStylePr>
  </w:style>
  <w:style w:type="table" w:styleId="MediumList1-Accent2">
    <w:name w:val="Medium List 1 Accent 2"/>
    <w:basedOn w:val="TableNormal"/>
    <w:uiPriority w:val="65"/>
    <w:rsid w:val="00CB0664"/>
    <w:pPr>
      <w:spacing w:after="0" w:line="240" w:lineRule="auto"/>
    </w:pPr>
    <w:rPr>
      <w:color w:val="000000" w:themeColor="text1"/>
    </w:rPr>
    <w:tblPr>
      <w:tblStyleRowBandSize w:val="1"/>
      <w:tblStyleColBandSize w:val="1"/>
      <w:tblBorders>
        <w:top w:val="single" w:sz="8" w:space="0" w:color="C0504D" w:themeColor="accent2"/>
        <w:bottom w:val="single" w:sz="8" w:space="0" w:color="C0504D" w:themeColor="accent2"/>
      </w:tblBorders>
    </w:tblPr>
    <w:tblStylePr w:type="firstRow">
      <w:rPr>
        <w:rFonts w:asciiTheme="majorHAnsi" w:eastAsiaTheme="majorEastAsia" w:hAnsiTheme="majorHAnsi" w:cstheme="majorBidi"/>
      </w:rPr>
      <w:tblPr/>
      <w:tcPr>
        <w:tcBorders>
          <w:top w:val="nil"/>
          <w:bottom w:val="single" w:sz="8" w:space="0" w:color="C0504D" w:themeColor="accent2"/>
        </w:tcBorders>
      </w:tcPr>
    </w:tblStylePr>
    <w:tblStylePr w:type="lastRow">
      <w:rPr>
        <w:b/>
        <w:bCs/>
        <w:color w:val="1F497D" w:themeColor="text2"/>
      </w:rPr>
      <w:tblPr/>
      <w:tcPr>
        <w:tcBorders>
          <w:top w:val="single" w:sz="8" w:space="0" w:color="C0504D" w:themeColor="accent2"/>
          <w:bottom w:val="single" w:sz="8" w:space="0" w:color="C0504D" w:themeColor="accent2"/>
        </w:tcBorders>
      </w:tcPr>
    </w:tblStylePr>
    <w:tblStylePr w:type="firstCol">
      <w:rPr>
        <w:b/>
        <w:bCs/>
      </w:rPr>
    </w:tblStylePr>
    <w:tblStylePr w:type="lastCol">
      <w:rPr>
        <w:b/>
        <w:bCs/>
      </w:rPr>
      <w:tblPr/>
      <w:tcPr>
        <w:tcBorders>
          <w:top w:val="single" w:sz="8" w:space="0" w:color="C0504D" w:themeColor="accent2"/>
          <w:bottom w:val="single" w:sz="8" w:space="0" w:color="C0504D" w:themeColor="accent2"/>
        </w:tcBorders>
      </w:tcPr>
    </w:tblStylePr>
    <w:tblStylePr w:type="band1Vert">
      <w:tblPr/>
      <w:tcPr>
        <w:shd w:val="clear" w:color="auto" w:fill="EFD3D2" w:themeFill="accent2" w:themeFillTint="3F"/>
      </w:tcPr>
    </w:tblStylePr>
    <w:tblStylePr w:type="band1Horz">
      <w:tblPr/>
      <w:tcPr>
        <w:shd w:val="clear" w:color="auto" w:fill="EFD3D2" w:themeFill="accent2" w:themeFillTint="3F"/>
      </w:tcPr>
    </w:tblStylePr>
  </w:style>
  <w:style w:type="table" w:styleId="MediumList1-Accent3">
    <w:name w:val="Medium List 1 Accent 3"/>
    <w:basedOn w:val="TableNormal"/>
    <w:uiPriority w:val="65"/>
    <w:rsid w:val="00CB0664"/>
    <w:pPr>
      <w:spacing w:after="0" w:line="240" w:lineRule="auto"/>
    </w:pPr>
    <w:rPr>
      <w:color w:val="000000" w:themeColor="text1"/>
    </w:rPr>
    <w:tblPr>
      <w:tblStyleRowBandSize w:val="1"/>
      <w:tblStyleColBandSize w:val="1"/>
      <w:tblBorders>
        <w:top w:val="single" w:sz="8" w:space="0" w:color="9BBB59" w:themeColor="accent3"/>
        <w:bottom w:val="single" w:sz="8" w:space="0" w:color="9BBB59" w:themeColor="accent3"/>
      </w:tblBorders>
    </w:tblPr>
    <w:tblStylePr w:type="firstRow">
      <w:rPr>
        <w:rFonts w:asciiTheme="majorHAnsi" w:eastAsiaTheme="majorEastAsia" w:hAnsiTheme="majorHAnsi" w:cstheme="majorBidi"/>
      </w:rPr>
      <w:tblPr/>
      <w:tcPr>
        <w:tcBorders>
          <w:top w:val="nil"/>
          <w:bottom w:val="single" w:sz="8" w:space="0" w:color="9BBB59" w:themeColor="accent3"/>
        </w:tcBorders>
      </w:tcPr>
    </w:tblStylePr>
    <w:tblStylePr w:type="lastRow">
      <w:rPr>
        <w:b/>
        <w:bCs/>
        <w:color w:val="1F497D" w:themeColor="text2"/>
      </w:rPr>
      <w:tblPr/>
      <w:tcPr>
        <w:tcBorders>
          <w:top w:val="single" w:sz="8" w:space="0" w:color="9BBB59" w:themeColor="accent3"/>
          <w:bottom w:val="single" w:sz="8" w:space="0" w:color="9BBB59" w:themeColor="accent3"/>
        </w:tcBorders>
      </w:tcPr>
    </w:tblStylePr>
    <w:tblStylePr w:type="firstCol">
      <w:rPr>
        <w:b/>
        <w:bCs/>
      </w:rPr>
    </w:tblStylePr>
    <w:tblStylePr w:type="lastCol">
      <w:rPr>
        <w:b/>
        <w:bCs/>
      </w:rPr>
      <w:tblPr/>
      <w:tcPr>
        <w:tcBorders>
          <w:top w:val="single" w:sz="8" w:space="0" w:color="9BBB59" w:themeColor="accent3"/>
          <w:bottom w:val="single" w:sz="8" w:space="0" w:color="9BBB59" w:themeColor="accent3"/>
        </w:tcBorders>
      </w:tcPr>
    </w:tblStylePr>
    <w:tblStylePr w:type="band1Vert">
      <w:tblPr/>
      <w:tcPr>
        <w:shd w:val="clear" w:color="auto" w:fill="E6EED5" w:themeFill="accent3" w:themeFillTint="3F"/>
      </w:tcPr>
    </w:tblStylePr>
    <w:tblStylePr w:type="band1Horz">
      <w:tblPr/>
      <w:tcPr>
        <w:shd w:val="clear" w:color="auto" w:fill="E6EED5" w:themeFill="accent3" w:themeFillTint="3F"/>
      </w:tcPr>
    </w:tblStylePr>
  </w:style>
  <w:style w:type="table" w:styleId="MediumList1-Accent4">
    <w:name w:val="Medium List 1 Accent 4"/>
    <w:basedOn w:val="TableNormal"/>
    <w:uiPriority w:val="65"/>
    <w:rsid w:val="00CB0664"/>
    <w:pPr>
      <w:spacing w:after="0" w:line="240" w:lineRule="auto"/>
    </w:pPr>
    <w:rPr>
      <w:color w:val="000000" w:themeColor="text1"/>
    </w:rPr>
    <w:tblPr>
      <w:tblStyleRowBandSize w:val="1"/>
      <w:tblStyleColBandSize w:val="1"/>
      <w:tblBorders>
        <w:top w:val="single" w:sz="8" w:space="0" w:color="8064A2" w:themeColor="accent4"/>
        <w:bottom w:val="single" w:sz="8" w:space="0" w:color="8064A2" w:themeColor="accent4"/>
      </w:tblBorders>
    </w:tblPr>
    <w:tblStylePr w:type="firstRow">
      <w:rPr>
        <w:rFonts w:asciiTheme="majorHAnsi" w:eastAsiaTheme="majorEastAsia" w:hAnsiTheme="majorHAnsi" w:cstheme="majorBidi"/>
      </w:rPr>
      <w:tblPr/>
      <w:tcPr>
        <w:tcBorders>
          <w:top w:val="nil"/>
          <w:bottom w:val="single" w:sz="8" w:space="0" w:color="8064A2" w:themeColor="accent4"/>
        </w:tcBorders>
      </w:tcPr>
    </w:tblStylePr>
    <w:tblStylePr w:type="lastRow">
      <w:rPr>
        <w:b/>
        <w:bCs/>
        <w:color w:val="1F497D" w:themeColor="text2"/>
      </w:rPr>
      <w:tblPr/>
      <w:tcPr>
        <w:tcBorders>
          <w:top w:val="single" w:sz="8" w:space="0" w:color="8064A2" w:themeColor="accent4"/>
          <w:bottom w:val="single" w:sz="8" w:space="0" w:color="8064A2" w:themeColor="accent4"/>
        </w:tcBorders>
      </w:tcPr>
    </w:tblStylePr>
    <w:tblStylePr w:type="firstCol">
      <w:rPr>
        <w:b/>
        <w:bCs/>
      </w:rPr>
    </w:tblStylePr>
    <w:tblStylePr w:type="lastCol">
      <w:rPr>
        <w:b/>
        <w:bCs/>
      </w:rPr>
      <w:tblPr/>
      <w:tcPr>
        <w:tcBorders>
          <w:top w:val="single" w:sz="8" w:space="0" w:color="8064A2" w:themeColor="accent4"/>
          <w:bottom w:val="single" w:sz="8" w:space="0" w:color="8064A2" w:themeColor="accent4"/>
        </w:tcBorders>
      </w:tcPr>
    </w:tblStylePr>
    <w:tblStylePr w:type="band1Vert">
      <w:tblPr/>
      <w:tcPr>
        <w:shd w:val="clear" w:color="auto" w:fill="DFD8E8" w:themeFill="accent4" w:themeFillTint="3F"/>
      </w:tcPr>
    </w:tblStylePr>
    <w:tblStylePr w:type="band1Horz">
      <w:tblPr/>
      <w:tcPr>
        <w:shd w:val="clear" w:color="auto" w:fill="DFD8E8" w:themeFill="accent4" w:themeFillTint="3F"/>
      </w:tcPr>
    </w:tblStylePr>
  </w:style>
  <w:style w:type="table" w:styleId="MediumList1-Accent5">
    <w:name w:val="Medium List 1 Accent 5"/>
    <w:basedOn w:val="TableNormal"/>
    <w:uiPriority w:val="65"/>
    <w:rsid w:val="00CB0664"/>
    <w:pPr>
      <w:spacing w:after="0" w:line="240" w:lineRule="auto"/>
    </w:pPr>
    <w:rPr>
      <w:color w:val="000000" w:themeColor="text1"/>
    </w:rPr>
    <w:tblPr>
      <w:tblStyleRowBandSize w:val="1"/>
      <w:tblStyleColBandSize w:val="1"/>
      <w:tblBorders>
        <w:top w:val="single" w:sz="8" w:space="0" w:color="4BACC6" w:themeColor="accent5"/>
        <w:bottom w:val="single" w:sz="8" w:space="0" w:color="4BACC6" w:themeColor="accent5"/>
      </w:tblBorders>
    </w:tblPr>
    <w:tblStylePr w:type="firstRow">
      <w:rPr>
        <w:rFonts w:asciiTheme="majorHAnsi" w:eastAsiaTheme="majorEastAsia" w:hAnsiTheme="majorHAnsi" w:cstheme="majorBidi"/>
      </w:rPr>
      <w:tblPr/>
      <w:tcPr>
        <w:tcBorders>
          <w:top w:val="nil"/>
          <w:bottom w:val="single" w:sz="8" w:space="0" w:color="4BACC6" w:themeColor="accent5"/>
        </w:tcBorders>
      </w:tcPr>
    </w:tblStylePr>
    <w:tblStylePr w:type="lastRow">
      <w:rPr>
        <w:b/>
        <w:bCs/>
        <w:color w:val="1F497D" w:themeColor="text2"/>
      </w:rPr>
      <w:tblPr/>
      <w:tcPr>
        <w:tcBorders>
          <w:top w:val="single" w:sz="8" w:space="0" w:color="4BACC6" w:themeColor="accent5"/>
          <w:bottom w:val="single" w:sz="8" w:space="0" w:color="4BACC6" w:themeColor="accent5"/>
        </w:tcBorders>
      </w:tcPr>
    </w:tblStylePr>
    <w:tblStylePr w:type="firstCol">
      <w:rPr>
        <w:b/>
        <w:bCs/>
      </w:rPr>
    </w:tblStylePr>
    <w:tblStylePr w:type="lastCol">
      <w:rPr>
        <w:b/>
        <w:bCs/>
      </w:rPr>
      <w:tblPr/>
      <w:tcPr>
        <w:tcBorders>
          <w:top w:val="single" w:sz="8" w:space="0" w:color="4BACC6" w:themeColor="accent5"/>
          <w:bottom w:val="single" w:sz="8" w:space="0" w:color="4BACC6" w:themeColor="accent5"/>
        </w:tcBorders>
      </w:tcPr>
    </w:tblStylePr>
    <w:tblStylePr w:type="band1Vert">
      <w:tblPr/>
      <w:tcPr>
        <w:shd w:val="clear" w:color="auto" w:fill="D2EAF1" w:themeFill="accent5" w:themeFillTint="3F"/>
      </w:tcPr>
    </w:tblStylePr>
    <w:tblStylePr w:type="band1Horz">
      <w:tblPr/>
      <w:tcPr>
        <w:shd w:val="clear" w:color="auto" w:fill="D2EAF1" w:themeFill="accent5" w:themeFillTint="3F"/>
      </w:tcPr>
    </w:tblStylePr>
  </w:style>
  <w:style w:type="table" w:styleId="MediumList1-Accent6">
    <w:name w:val="Medium List 1 Accent 6"/>
    <w:basedOn w:val="TableNormal"/>
    <w:uiPriority w:val="65"/>
    <w:rsid w:val="00CB0664"/>
    <w:pPr>
      <w:spacing w:after="0" w:line="240" w:lineRule="auto"/>
    </w:pPr>
    <w:rPr>
      <w:color w:val="000000" w:themeColor="text1"/>
    </w:rPr>
    <w:tblPr>
      <w:tblStyleRowBandSize w:val="1"/>
      <w:tblStyleColBandSize w:val="1"/>
      <w:tblBorders>
        <w:top w:val="single" w:sz="8" w:space="0" w:color="F79646" w:themeColor="accent6"/>
        <w:bottom w:val="single" w:sz="8" w:space="0" w:color="F79646" w:themeColor="accent6"/>
      </w:tblBorders>
    </w:tblPr>
    <w:tblStylePr w:type="firstRow">
      <w:rPr>
        <w:rFonts w:asciiTheme="majorHAnsi" w:eastAsiaTheme="majorEastAsia" w:hAnsiTheme="majorHAnsi" w:cstheme="majorBidi"/>
      </w:rPr>
      <w:tblPr/>
      <w:tcPr>
        <w:tcBorders>
          <w:top w:val="nil"/>
          <w:bottom w:val="single" w:sz="8" w:space="0" w:color="F79646" w:themeColor="accent6"/>
        </w:tcBorders>
      </w:tcPr>
    </w:tblStylePr>
    <w:tblStylePr w:type="lastRow">
      <w:rPr>
        <w:b/>
        <w:bCs/>
        <w:color w:val="1F497D" w:themeColor="text2"/>
      </w:rPr>
      <w:tblPr/>
      <w:tcPr>
        <w:tcBorders>
          <w:top w:val="single" w:sz="8" w:space="0" w:color="F79646" w:themeColor="accent6"/>
          <w:bottom w:val="single" w:sz="8" w:space="0" w:color="F79646" w:themeColor="accent6"/>
        </w:tcBorders>
      </w:tcPr>
    </w:tblStylePr>
    <w:tblStylePr w:type="firstCol">
      <w:rPr>
        <w:b/>
        <w:bCs/>
      </w:rPr>
    </w:tblStylePr>
    <w:tblStylePr w:type="lastCol">
      <w:rPr>
        <w:b/>
        <w:bCs/>
      </w:rPr>
      <w:tblPr/>
      <w:tcPr>
        <w:tcBorders>
          <w:top w:val="single" w:sz="8" w:space="0" w:color="F79646" w:themeColor="accent6"/>
          <w:bottom w:val="single" w:sz="8" w:space="0" w:color="F79646" w:themeColor="accent6"/>
        </w:tcBorders>
      </w:tcPr>
    </w:tblStylePr>
    <w:tblStylePr w:type="band1Vert">
      <w:tblPr/>
      <w:tcPr>
        <w:shd w:val="clear" w:color="auto" w:fill="FDE4D0" w:themeFill="accent6" w:themeFillTint="3F"/>
      </w:tcPr>
    </w:tblStylePr>
    <w:tblStylePr w:type="band1Horz">
      <w:tblPr/>
      <w:tcPr>
        <w:shd w:val="clear" w:color="auto" w:fill="FDE4D0" w:themeFill="accent6" w:themeFillTint="3F"/>
      </w:tcPr>
    </w:tblStylePr>
  </w:style>
  <w:style w:type="table" w:styleId="MediumList2">
    <w:name w:val="Medium List 2"/>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000000" w:themeColor="text1"/>
        <w:left w:val="single" w:sz="8" w:space="0" w:color="000000" w:themeColor="text1"/>
        <w:bottom w:val="single" w:sz="8" w:space="0" w:color="000000" w:themeColor="text1"/>
        <w:right w:val="single" w:sz="8" w:space="0" w:color="000000" w:themeColor="text1"/>
      </w:tblBorders>
    </w:tblPr>
    <w:tblStylePr w:type="firstRow">
      <w:rPr>
        <w:sz w:val="24"/>
        <w:szCs w:val="24"/>
      </w:rPr>
      <w:tblPr/>
      <w:tcPr>
        <w:tcBorders>
          <w:top w:val="nil"/>
          <w:left w:val="nil"/>
          <w:bottom w:val="single" w:sz="24" w:space="0" w:color="000000" w:themeColor="text1"/>
          <w:right w:val="nil"/>
          <w:insideH w:val="nil"/>
          <w:insideV w:val="nil"/>
        </w:tcBorders>
        <w:shd w:val="clear" w:color="auto" w:fill="FFFFFF" w:themeFill="background1"/>
      </w:tcPr>
    </w:tblStylePr>
    <w:tblStylePr w:type="lastRow">
      <w:tblPr/>
      <w:tcPr>
        <w:tcBorders>
          <w:top w:val="single" w:sz="8" w:space="0" w:color="000000" w:themeColor="tex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000000" w:themeColor="text1"/>
          <w:insideH w:val="nil"/>
          <w:insideV w:val="nil"/>
        </w:tcBorders>
        <w:shd w:val="clear" w:color="auto" w:fill="FFFFFF" w:themeFill="background1"/>
      </w:tcPr>
    </w:tblStylePr>
    <w:tblStylePr w:type="lastCol">
      <w:tblPr/>
      <w:tcPr>
        <w:tcBorders>
          <w:top w:val="nil"/>
          <w:left w:val="single" w:sz="8" w:space="0" w:color="000000" w:themeColor="tex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top w:val="nil"/>
          <w:bottom w:val="nil"/>
          <w:insideH w:val="nil"/>
          <w:insideV w:val="nil"/>
        </w:tcBorders>
        <w:shd w:val="clear" w:color="auto" w:fill="C0C0C0" w:themeFill="tex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1">
    <w:name w:val="Medium List 2 Accent 1"/>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4F81BD" w:themeColor="accent1"/>
        <w:left w:val="single" w:sz="8" w:space="0" w:color="4F81BD" w:themeColor="accent1"/>
        <w:bottom w:val="single" w:sz="8" w:space="0" w:color="4F81BD" w:themeColor="accent1"/>
        <w:right w:val="single" w:sz="8" w:space="0" w:color="4F81BD" w:themeColor="accent1"/>
      </w:tblBorders>
    </w:tblPr>
    <w:tblStylePr w:type="firstRow">
      <w:rPr>
        <w:sz w:val="24"/>
        <w:szCs w:val="24"/>
      </w:rPr>
      <w:tblPr/>
      <w:tcPr>
        <w:tcBorders>
          <w:top w:val="nil"/>
          <w:left w:val="nil"/>
          <w:bottom w:val="single" w:sz="24" w:space="0" w:color="4F81BD" w:themeColor="accent1"/>
          <w:right w:val="nil"/>
          <w:insideH w:val="nil"/>
          <w:insideV w:val="nil"/>
        </w:tcBorders>
        <w:shd w:val="clear" w:color="auto" w:fill="FFFFFF" w:themeFill="background1"/>
      </w:tcPr>
    </w:tblStylePr>
    <w:tblStylePr w:type="lastRow">
      <w:tblPr/>
      <w:tcPr>
        <w:tcBorders>
          <w:top w:val="single" w:sz="8" w:space="0" w:color="4F81BD" w:themeColor="accen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F81BD" w:themeColor="accent1"/>
          <w:insideH w:val="nil"/>
          <w:insideV w:val="nil"/>
        </w:tcBorders>
        <w:shd w:val="clear" w:color="auto" w:fill="FFFFFF" w:themeFill="background1"/>
      </w:tcPr>
    </w:tblStylePr>
    <w:tblStylePr w:type="lastCol">
      <w:tblPr/>
      <w:tcPr>
        <w:tcBorders>
          <w:top w:val="nil"/>
          <w:left w:val="single" w:sz="8" w:space="0" w:color="4F81BD" w:themeColor="accen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top w:val="nil"/>
          <w:bottom w:val="nil"/>
          <w:insideH w:val="nil"/>
          <w:insideV w:val="nil"/>
        </w:tcBorders>
        <w:shd w:val="clear" w:color="auto" w:fill="D3DFEE" w:themeFill="accen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2">
    <w:name w:val="Medium List 2 Accent 2"/>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C0504D" w:themeColor="accent2"/>
        <w:left w:val="single" w:sz="8" w:space="0" w:color="C0504D" w:themeColor="accent2"/>
        <w:bottom w:val="single" w:sz="8" w:space="0" w:color="C0504D" w:themeColor="accent2"/>
        <w:right w:val="single" w:sz="8" w:space="0" w:color="C0504D" w:themeColor="accent2"/>
      </w:tblBorders>
    </w:tblPr>
    <w:tblStylePr w:type="firstRow">
      <w:rPr>
        <w:sz w:val="24"/>
        <w:szCs w:val="24"/>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tblPr/>
      <w:tcPr>
        <w:tcBorders>
          <w:top w:val="single" w:sz="8" w:space="0" w:color="C0504D" w:themeColor="accent2"/>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C0504D" w:themeColor="accent2"/>
          <w:insideH w:val="nil"/>
          <w:insideV w:val="nil"/>
        </w:tcBorders>
        <w:shd w:val="clear" w:color="auto" w:fill="FFFFFF" w:themeFill="background1"/>
      </w:tcPr>
    </w:tblStylePr>
    <w:tblStylePr w:type="lastCol">
      <w:tblPr/>
      <w:tcPr>
        <w:tcBorders>
          <w:top w:val="nil"/>
          <w:left w:val="single" w:sz="8" w:space="0" w:color="C0504D" w:themeColor="accent2"/>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FD3D2" w:themeFill="accent2" w:themeFillTint="3F"/>
      </w:tcPr>
    </w:tblStylePr>
    <w:tblStylePr w:type="band1Horz">
      <w:tblPr/>
      <w:tcPr>
        <w:tcBorders>
          <w:top w:val="nil"/>
          <w:bottom w:val="nil"/>
          <w:insideH w:val="nil"/>
          <w:insideV w:val="nil"/>
        </w:tcBorders>
        <w:shd w:val="clear" w:color="auto" w:fill="EFD3D2" w:themeFill="accent2"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3">
    <w:name w:val="Medium List 2 Accent 3"/>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9BBB59" w:themeColor="accent3"/>
        <w:left w:val="single" w:sz="8" w:space="0" w:color="9BBB59" w:themeColor="accent3"/>
        <w:bottom w:val="single" w:sz="8" w:space="0" w:color="9BBB59" w:themeColor="accent3"/>
        <w:right w:val="single" w:sz="8" w:space="0" w:color="9BBB59" w:themeColor="accent3"/>
      </w:tblBorders>
    </w:tblPr>
    <w:tblStylePr w:type="firstRow">
      <w:rPr>
        <w:sz w:val="24"/>
        <w:szCs w:val="24"/>
      </w:rPr>
      <w:tblPr/>
      <w:tcPr>
        <w:tcBorders>
          <w:top w:val="nil"/>
          <w:left w:val="nil"/>
          <w:bottom w:val="single" w:sz="24" w:space="0" w:color="9BBB59" w:themeColor="accent3"/>
          <w:right w:val="nil"/>
          <w:insideH w:val="nil"/>
          <w:insideV w:val="nil"/>
        </w:tcBorders>
        <w:shd w:val="clear" w:color="auto" w:fill="FFFFFF" w:themeFill="background1"/>
      </w:tcPr>
    </w:tblStylePr>
    <w:tblStylePr w:type="lastRow">
      <w:tblPr/>
      <w:tcPr>
        <w:tcBorders>
          <w:top w:val="single" w:sz="8" w:space="0" w:color="9BBB59" w:themeColor="accent3"/>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9BBB59" w:themeColor="accent3"/>
          <w:insideH w:val="nil"/>
          <w:insideV w:val="nil"/>
        </w:tcBorders>
        <w:shd w:val="clear" w:color="auto" w:fill="FFFFFF" w:themeFill="background1"/>
      </w:tcPr>
    </w:tblStylePr>
    <w:tblStylePr w:type="lastCol">
      <w:tblPr/>
      <w:tcPr>
        <w:tcBorders>
          <w:top w:val="nil"/>
          <w:left w:val="single" w:sz="8" w:space="0" w:color="9BBB59" w:themeColor="accent3"/>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6EED5" w:themeFill="accent3" w:themeFillTint="3F"/>
      </w:tcPr>
    </w:tblStylePr>
    <w:tblStylePr w:type="band1Horz">
      <w:tblPr/>
      <w:tcPr>
        <w:tcBorders>
          <w:top w:val="nil"/>
          <w:bottom w:val="nil"/>
          <w:insideH w:val="nil"/>
          <w:insideV w:val="nil"/>
        </w:tcBorders>
        <w:shd w:val="clear" w:color="auto" w:fill="E6EED5" w:themeFill="accent3"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4">
    <w:name w:val="Medium List 2 Accent 4"/>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8064A2" w:themeColor="accent4"/>
        <w:left w:val="single" w:sz="8" w:space="0" w:color="8064A2" w:themeColor="accent4"/>
        <w:bottom w:val="single" w:sz="8" w:space="0" w:color="8064A2" w:themeColor="accent4"/>
        <w:right w:val="single" w:sz="8" w:space="0" w:color="8064A2" w:themeColor="accent4"/>
      </w:tblBorders>
    </w:tblPr>
    <w:tblStylePr w:type="firstRow">
      <w:rPr>
        <w:sz w:val="24"/>
        <w:szCs w:val="24"/>
      </w:rPr>
      <w:tblPr/>
      <w:tcPr>
        <w:tcBorders>
          <w:top w:val="nil"/>
          <w:left w:val="nil"/>
          <w:bottom w:val="single" w:sz="24" w:space="0" w:color="8064A2" w:themeColor="accent4"/>
          <w:right w:val="nil"/>
          <w:insideH w:val="nil"/>
          <w:insideV w:val="nil"/>
        </w:tcBorders>
        <w:shd w:val="clear" w:color="auto" w:fill="FFFFFF" w:themeFill="background1"/>
      </w:tcPr>
    </w:tblStylePr>
    <w:tblStylePr w:type="lastRow">
      <w:tblPr/>
      <w:tcPr>
        <w:tcBorders>
          <w:top w:val="single" w:sz="8" w:space="0" w:color="8064A2" w:themeColor="accent4"/>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8064A2" w:themeColor="accent4"/>
          <w:insideH w:val="nil"/>
          <w:insideV w:val="nil"/>
        </w:tcBorders>
        <w:shd w:val="clear" w:color="auto" w:fill="FFFFFF" w:themeFill="background1"/>
      </w:tcPr>
    </w:tblStylePr>
    <w:tblStylePr w:type="lastCol">
      <w:tblPr/>
      <w:tcPr>
        <w:tcBorders>
          <w:top w:val="nil"/>
          <w:left w:val="single" w:sz="8" w:space="0" w:color="8064A2" w:themeColor="accent4"/>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FD8E8" w:themeFill="accent4" w:themeFillTint="3F"/>
      </w:tcPr>
    </w:tblStylePr>
    <w:tblStylePr w:type="band1Horz">
      <w:tblPr/>
      <w:tcPr>
        <w:tcBorders>
          <w:top w:val="nil"/>
          <w:bottom w:val="nil"/>
          <w:insideH w:val="nil"/>
          <w:insideV w:val="nil"/>
        </w:tcBorders>
        <w:shd w:val="clear" w:color="auto" w:fill="DFD8E8" w:themeFill="accent4"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5">
    <w:name w:val="Medium List 2 Accent 5"/>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4BACC6" w:themeColor="accent5"/>
        <w:left w:val="single" w:sz="8" w:space="0" w:color="4BACC6" w:themeColor="accent5"/>
        <w:bottom w:val="single" w:sz="8" w:space="0" w:color="4BACC6" w:themeColor="accent5"/>
        <w:right w:val="single" w:sz="8" w:space="0" w:color="4BACC6" w:themeColor="accent5"/>
      </w:tblBorders>
    </w:tblPr>
    <w:tblStylePr w:type="firstRow">
      <w:rPr>
        <w:sz w:val="24"/>
        <w:szCs w:val="24"/>
      </w:rPr>
      <w:tblPr/>
      <w:tcPr>
        <w:tcBorders>
          <w:top w:val="nil"/>
          <w:left w:val="nil"/>
          <w:bottom w:val="single" w:sz="24" w:space="0" w:color="4BACC6" w:themeColor="accent5"/>
          <w:right w:val="nil"/>
          <w:insideH w:val="nil"/>
          <w:insideV w:val="nil"/>
        </w:tcBorders>
        <w:shd w:val="clear" w:color="auto" w:fill="FFFFFF" w:themeFill="background1"/>
      </w:tcPr>
    </w:tblStylePr>
    <w:tblStylePr w:type="lastRow">
      <w:tblPr/>
      <w:tcPr>
        <w:tcBorders>
          <w:top w:val="single" w:sz="8" w:space="0" w:color="4BACC6" w:themeColor="accent5"/>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BACC6" w:themeColor="accent5"/>
          <w:insideH w:val="nil"/>
          <w:insideV w:val="nil"/>
        </w:tcBorders>
        <w:shd w:val="clear" w:color="auto" w:fill="FFFFFF" w:themeFill="background1"/>
      </w:tcPr>
    </w:tblStylePr>
    <w:tblStylePr w:type="lastCol">
      <w:tblPr/>
      <w:tcPr>
        <w:tcBorders>
          <w:top w:val="nil"/>
          <w:left w:val="single" w:sz="8" w:space="0" w:color="4BACC6" w:themeColor="accent5"/>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top w:val="nil"/>
          <w:bottom w:val="nil"/>
          <w:insideH w:val="nil"/>
          <w:insideV w:val="nil"/>
        </w:tcBorders>
        <w:shd w:val="clear" w:color="auto" w:fill="D2EAF1" w:themeFill="accent5"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6">
    <w:name w:val="Medium List 2 Accent 6"/>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F79646" w:themeColor="accent6"/>
        <w:left w:val="single" w:sz="8" w:space="0" w:color="F79646" w:themeColor="accent6"/>
        <w:bottom w:val="single" w:sz="8" w:space="0" w:color="F79646" w:themeColor="accent6"/>
        <w:right w:val="single" w:sz="8" w:space="0" w:color="F79646" w:themeColor="accent6"/>
      </w:tblBorders>
    </w:tblPr>
    <w:tblStylePr w:type="firstRow">
      <w:rPr>
        <w:sz w:val="24"/>
        <w:szCs w:val="24"/>
      </w:rPr>
      <w:tblPr/>
      <w:tcPr>
        <w:tcBorders>
          <w:top w:val="nil"/>
          <w:left w:val="nil"/>
          <w:bottom w:val="single" w:sz="24" w:space="0" w:color="F79646" w:themeColor="accent6"/>
          <w:right w:val="nil"/>
          <w:insideH w:val="nil"/>
          <w:insideV w:val="nil"/>
        </w:tcBorders>
        <w:shd w:val="clear" w:color="auto" w:fill="FFFFFF" w:themeFill="background1"/>
      </w:tcPr>
    </w:tblStylePr>
    <w:tblStylePr w:type="lastRow">
      <w:tblPr/>
      <w:tcPr>
        <w:tcBorders>
          <w:top w:val="single" w:sz="8" w:space="0" w:color="F79646" w:themeColor="accent6"/>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F79646" w:themeColor="accent6"/>
          <w:insideH w:val="nil"/>
          <w:insideV w:val="nil"/>
        </w:tcBorders>
        <w:shd w:val="clear" w:color="auto" w:fill="FFFFFF" w:themeFill="background1"/>
      </w:tcPr>
    </w:tblStylePr>
    <w:tblStylePr w:type="lastCol">
      <w:tblPr/>
      <w:tcPr>
        <w:tcBorders>
          <w:top w:val="nil"/>
          <w:left w:val="single" w:sz="8" w:space="0" w:color="F79646" w:themeColor="accent6"/>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FDE4D0" w:themeFill="accent6" w:themeFillTint="3F"/>
      </w:tcPr>
    </w:tblStylePr>
    <w:tblStylePr w:type="band1Horz">
      <w:tblPr/>
      <w:tcPr>
        <w:tcBorders>
          <w:top w:val="nil"/>
          <w:bottom w:val="nil"/>
          <w:insideH w:val="nil"/>
          <w:insideV w:val="nil"/>
        </w:tcBorders>
        <w:shd w:val="clear" w:color="auto" w:fill="FDE4D0" w:themeFill="accent6"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Grid1">
    <w:name w:val="Medium Grid 1"/>
    <w:basedOn w:val="TableNormal"/>
    <w:uiPriority w:val="67"/>
    <w:rsid w:val="00CB0664"/>
    <w:pPr>
      <w:spacing w:after="0" w:line="240" w:lineRule="auto"/>
    </w:pPr>
    <w:tblPr>
      <w:tblStyleRowBandSize w:val="1"/>
      <w:tblStyleColBandSize w:val="1"/>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insideV w:val="single" w:sz="8" w:space="0" w:color="404040" w:themeColor="text1" w:themeTint="BF"/>
      </w:tblBorders>
    </w:tblPr>
    <w:tcPr>
      <w:shd w:val="clear" w:color="auto" w:fill="C0C0C0" w:themeFill="text1" w:themeFillTint="3F"/>
    </w:tcPr>
    <w:tblStylePr w:type="firstRow">
      <w:rPr>
        <w:b/>
        <w:bCs/>
      </w:rPr>
    </w:tblStylePr>
    <w:tblStylePr w:type="lastRow">
      <w:rPr>
        <w:b/>
        <w:bCs/>
      </w:rPr>
      <w:tblPr/>
      <w:tcPr>
        <w:tcBorders>
          <w:top w:val="single" w:sz="18" w:space="0" w:color="404040" w:themeColor="text1" w:themeTint="BF"/>
        </w:tcBorders>
      </w:tcPr>
    </w:tblStylePr>
    <w:tblStylePr w:type="firstCol">
      <w:rPr>
        <w:b/>
        <w:bCs/>
      </w:rPr>
    </w:tblStylePr>
    <w:tblStylePr w:type="lastCol">
      <w:rPr>
        <w:b/>
        <w:bCs/>
      </w:r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MediumGrid1-Accent1">
    <w:name w:val="Medium Grid 1 Accent 1"/>
    <w:basedOn w:val="TableNormal"/>
    <w:uiPriority w:val="67"/>
    <w:rsid w:val="00CB0664"/>
    <w:pPr>
      <w:spacing w:after="0" w:line="240" w:lineRule="auto"/>
    </w:pPr>
    <w:tblPr>
      <w:tblStyleRowBandSize w:val="1"/>
      <w:tblStyleColBandSize w:val="1"/>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insideV w:val="single" w:sz="8" w:space="0" w:color="7BA0CD" w:themeColor="accent1" w:themeTint="BF"/>
      </w:tblBorders>
    </w:tblPr>
    <w:tcPr>
      <w:shd w:val="clear" w:color="auto" w:fill="D3DFEE" w:themeFill="accent1" w:themeFillTint="3F"/>
    </w:tcPr>
    <w:tblStylePr w:type="firstRow">
      <w:rPr>
        <w:b/>
        <w:bCs/>
      </w:rPr>
    </w:tblStylePr>
    <w:tblStylePr w:type="lastRow">
      <w:rPr>
        <w:b/>
        <w:bCs/>
      </w:rPr>
      <w:tblPr/>
      <w:tcPr>
        <w:tcBorders>
          <w:top w:val="single" w:sz="18" w:space="0" w:color="7BA0CD" w:themeColor="accent1" w:themeTint="BF"/>
        </w:tcBorders>
      </w:tcPr>
    </w:tblStylePr>
    <w:tblStylePr w:type="firstCol">
      <w:rPr>
        <w:b/>
        <w:bCs/>
      </w:rPr>
    </w:tblStylePr>
    <w:tblStylePr w:type="lastCol">
      <w:rPr>
        <w:b/>
        <w:bCs/>
      </w:rPr>
    </w:tblStylePr>
    <w:tblStylePr w:type="band1Vert">
      <w:tblPr/>
      <w:tcPr>
        <w:shd w:val="clear" w:color="auto" w:fill="A7BFDE" w:themeFill="accent1" w:themeFillTint="7F"/>
      </w:tcPr>
    </w:tblStylePr>
    <w:tblStylePr w:type="band1Horz">
      <w:tblPr/>
      <w:tcPr>
        <w:shd w:val="clear" w:color="auto" w:fill="A7BFDE" w:themeFill="accent1" w:themeFillTint="7F"/>
      </w:tcPr>
    </w:tblStylePr>
  </w:style>
  <w:style w:type="table" w:styleId="MediumGrid1-Accent2">
    <w:name w:val="Medium Grid 1 Accent 2"/>
    <w:basedOn w:val="TableNormal"/>
    <w:uiPriority w:val="67"/>
    <w:rsid w:val="00CB0664"/>
    <w:pPr>
      <w:spacing w:after="0" w:line="240" w:lineRule="auto"/>
    </w:pPr>
    <w:tblPr>
      <w:tblStyleRowBandSize w:val="1"/>
      <w:tblStyleColBandSize w:val="1"/>
      <w:tbl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single" w:sz="8" w:space="0" w:color="CF7B79" w:themeColor="accent2" w:themeTint="BF"/>
        <w:insideV w:val="single" w:sz="8" w:space="0" w:color="CF7B79" w:themeColor="accent2" w:themeTint="BF"/>
      </w:tblBorders>
    </w:tblPr>
    <w:tcPr>
      <w:shd w:val="clear" w:color="auto" w:fill="EFD3D2" w:themeFill="accent2" w:themeFillTint="3F"/>
    </w:tcPr>
    <w:tblStylePr w:type="firstRow">
      <w:rPr>
        <w:b/>
        <w:bCs/>
      </w:rPr>
    </w:tblStylePr>
    <w:tblStylePr w:type="lastRow">
      <w:rPr>
        <w:b/>
        <w:bCs/>
      </w:rPr>
      <w:tblPr/>
      <w:tcPr>
        <w:tcBorders>
          <w:top w:val="single" w:sz="18" w:space="0" w:color="CF7B79" w:themeColor="accent2" w:themeTint="BF"/>
        </w:tcBorders>
      </w:tcPr>
    </w:tblStylePr>
    <w:tblStylePr w:type="firstCol">
      <w:rPr>
        <w:b/>
        <w:bCs/>
      </w:rPr>
    </w:tblStylePr>
    <w:tblStylePr w:type="lastCol">
      <w:rPr>
        <w:b/>
        <w:bCs/>
      </w:rPr>
    </w:tblStylePr>
    <w:tblStylePr w:type="band1Vert">
      <w:tblPr/>
      <w:tcPr>
        <w:shd w:val="clear" w:color="auto" w:fill="DFA7A6" w:themeFill="accent2" w:themeFillTint="7F"/>
      </w:tcPr>
    </w:tblStylePr>
    <w:tblStylePr w:type="band1Horz">
      <w:tblPr/>
      <w:tcPr>
        <w:shd w:val="clear" w:color="auto" w:fill="DFA7A6" w:themeFill="accent2" w:themeFillTint="7F"/>
      </w:tcPr>
    </w:tblStylePr>
  </w:style>
  <w:style w:type="table" w:styleId="MediumGrid1-Accent3">
    <w:name w:val="Medium Grid 1 Accent 3"/>
    <w:basedOn w:val="TableNormal"/>
    <w:uiPriority w:val="67"/>
    <w:rsid w:val="00CB0664"/>
    <w:pPr>
      <w:spacing w:after="0" w:line="240" w:lineRule="auto"/>
    </w:pPr>
    <w:tblPr>
      <w:tblStyleRowBandSize w:val="1"/>
      <w:tblStyleColBandSize w:val="1"/>
      <w:tbl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single" w:sz="8" w:space="0" w:color="B3CC82" w:themeColor="accent3" w:themeTint="BF"/>
        <w:insideV w:val="single" w:sz="8" w:space="0" w:color="B3CC82" w:themeColor="accent3" w:themeTint="BF"/>
      </w:tblBorders>
    </w:tblPr>
    <w:tcPr>
      <w:shd w:val="clear" w:color="auto" w:fill="E6EED5" w:themeFill="accent3" w:themeFillTint="3F"/>
    </w:tcPr>
    <w:tblStylePr w:type="firstRow">
      <w:rPr>
        <w:b/>
        <w:bCs/>
      </w:rPr>
    </w:tblStylePr>
    <w:tblStylePr w:type="lastRow">
      <w:rPr>
        <w:b/>
        <w:bCs/>
      </w:rPr>
      <w:tblPr/>
      <w:tcPr>
        <w:tcBorders>
          <w:top w:val="single" w:sz="18" w:space="0" w:color="B3CC82" w:themeColor="accent3" w:themeTint="BF"/>
        </w:tcBorders>
      </w:tcPr>
    </w:tblStylePr>
    <w:tblStylePr w:type="firstCol">
      <w:rPr>
        <w:b/>
        <w:bCs/>
      </w:rPr>
    </w:tblStylePr>
    <w:tblStylePr w:type="lastCol">
      <w:rPr>
        <w:b/>
        <w:bCs/>
      </w:rPr>
    </w:tblStylePr>
    <w:tblStylePr w:type="band1Vert">
      <w:tblPr/>
      <w:tcPr>
        <w:shd w:val="clear" w:color="auto" w:fill="CDDDAC" w:themeFill="accent3" w:themeFillTint="7F"/>
      </w:tcPr>
    </w:tblStylePr>
    <w:tblStylePr w:type="band1Horz">
      <w:tblPr/>
      <w:tcPr>
        <w:shd w:val="clear" w:color="auto" w:fill="CDDDAC" w:themeFill="accent3" w:themeFillTint="7F"/>
      </w:tcPr>
    </w:tblStylePr>
  </w:style>
  <w:style w:type="table" w:styleId="MediumGrid1-Accent4">
    <w:name w:val="Medium Grid 1 Accent 4"/>
    <w:basedOn w:val="TableNormal"/>
    <w:uiPriority w:val="67"/>
    <w:rsid w:val="00CB0664"/>
    <w:pPr>
      <w:spacing w:after="0" w:line="240" w:lineRule="auto"/>
    </w:pPr>
    <w:tblPr>
      <w:tblStyleRowBandSize w:val="1"/>
      <w:tblStyleColBandSize w:val="1"/>
      <w:tbl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single" w:sz="8" w:space="0" w:color="9F8AB9" w:themeColor="accent4" w:themeTint="BF"/>
        <w:insideV w:val="single" w:sz="8" w:space="0" w:color="9F8AB9" w:themeColor="accent4" w:themeTint="BF"/>
      </w:tblBorders>
    </w:tblPr>
    <w:tcPr>
      <w:shd w:val="clear" w:color="auto" w:fill="DFD8E8" w:themeFill="accent4" w:themeFillTint="3F"/>
    </w:tcPr>
    <w:tblStylePr w:type="firstRow">
      <w:rPr>
        <w:b/>
        <w:bCs/>
      </w:rPr>
    </w:tblStylePr>
    <w:tblStylePr w:type="lastRow">
      <w:rPr>
        <w:b/>
        <w:bCs/>
      </w:rPr>
      <w:tblPr/>
      <w:tcPr>
        <w:tcBorders>
          <w:top w:val="single" w:sz="18" w:space="0" w:color="9F8AB9" w:themeColor="accent4" w:themeTint="BF"/>
        </w:tcBorders>
      </w:tcPr>
    </w:tblStylePr>
    <w:tblStylePr w:type="firstCol">
      <w:rPr>
        <w:b/>
        <w:bCs/>
      </w:rPr>
    </w:tblStylePr>
    <w:tblStylePr w:type="lastCol">
      <w:rPr>
        <w:b/>
        <w:bCs/>
      </w:rPr>
    </w:tblStylePr>
    <w:tblStylePr w:type="band1Vert">
      <w:tblPr/>
      <w:tcPr>
        <w:shd w:val="clear" w:color="auto" w:fill="BFB1D0" w:themeFill="accent4" w:themeFillTint="7F"/>
      </w:tcPr>
    </w:tblStylePr>
    <w:tblStylePr w:type="band1Horz">
      <w:tblPr/>
      <w:tcPr>
        <w:shd w:val="clear" w:color="auto" w:fill="BFB1D0" w:themeFill="accent4" w:themeFillTint="7F"/>
      </w:tcPr>
    </w:tblStylePr>
  </w:style>
  <w:style w:type="table" w:styleId="MediumGrid1-Accent5">
    <w:name w:val="Medium Grid 1 Accent 5"/>
    <w:basedOn w:val="TableNormal"/>
    <w:uiPriority w:val="67"/>
    <w:rsid w:val="00CB0664"/>
    <w:pPr>
      <w:spacing w:after="0" w:line="240" w:lineRule="auto"/>
    </w:pPr>
    <w:tblPr>
      <w:tblStyleRowBandSize w:val="1"/>
      <w:tblStyleColBandSize w:val="1"/>
      <w:tbl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single" w:sz="8" w:space="0" w:color="78C0D4" w:themeColor="accent5" w:themeTint="BF"/>
        <w:insideV w:val="single" w:sz="8" w:space="0" w:color="78C0D4" w:themeColor="accent5" w:themeTint="BF"/>
      </w:tblBorders>
    </w:tblPr>
    <w:tcPr>
      <w:shd w:val="clear" w:color="auto" w:fill="D2EAF1" w:themeFill="accent5" w:themeFillTint="3F"/>
    </w:tcPr>
    <w:tblStylePr w:type="firstRow">
      <w:rPr>
        <w:b/>
        <w:bCs/>
      </w:rPr>
    </w:tblStylePr>
    <w:tblStylePr w:type="lastRow">
      <w:rPr>
        <w:b/>
        <w:bCs/>
      </w:rPr>
      <w:tblPr/>
      <w:tcPr>
        <w:tcBorders>
          <w:top w:val="single" w:sz="18" w:space="0" w:color="78C0D4" w:themeColor="accent5" w:themeTint="BF"/>
        </w:tcBorders>
      </w:tcPr>
    </w:tblStylePr>
    <w:tblStylePr w:type="firstCol">
      <w:rPr>
        <w:b/>
        <w:bCs/>
      </w:rPr>
    </w:tblStylePr>
    <w:tblStylePr w:type="lastCol">
      <w:rPr>
        <w:b/>
        <w:bCs/>
      </w:rPr>
    </w:tblStylePr>
    <w:tblStylePr w:type="band1Vert">
      <w:tblPr/>
      <w:tcPr>
        <w:shd w:val="clear" w:color="auto" w:fill="A5D5E2" w:themeFill="accent5" w:themeFillTint="7F"/>
      </w:tcPr>
    </w:tblStylePr>
    <w:tblStylePr w:type="band1Horz">
      <w:tblPr/>
      <w:tcPr>
        <w:shd w:val="clear" w:color="auto" w:fill="A5D5E2" w:themeFill="accent5" w:themeFillTint="7F"/>
      </w:tcPr>
    </w:tblStylePr>
  </w:style>
  <w:style w:type="table" w:styleId="MediumGrid1-Accent6">
    <w:name w:val="Medium Grid 1 Accent 6"/>
    <w:basedOn w:val="TableNormal"/>
    <w:uiPriority w:val="67"/>
    <w:rsid w:val="00CB0664"/>
    <w:pPr>
      <w:spacing w:after="0" w:line="240" w:lineRule="auto"/>
    </w:pPr>
    <w:tblPr>
      <w:tblStyleRowBandSize w:val="1"/>
      <w:tblStyleColBandSize w:val="1"/>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insideV w:val="single" w:sz="8" w:space="0" w:color="F9B074" w:themeColor="accent6" w:themeTint="BF"/>
      </w:tblBorders>
    </w:tblPr>
    <w:tcPr>
      <w:shd w:val="clear" w:color="auto" w:fill="FDE4D0" w:themeFill="accent6" w:themeFillTint="3F"/>
    </w:tcPr>
    <w:tblStylePr w:type="firstRow">
      <w:rPr>
        <w:b/>
        <w:bCs/>
      </w:rPr>
    </w:tblStylePr>
    <w:tblStylePr w:type="lastRow">
      <w:rPr>
        <w:b/>
        <w:bCs/>
      </w:rPr>
      <w:tblPr/>
      <w:tcPr>
        <w:tcBorders>
          <w:top w:val="single" w:sz="18" w:space="0" w:color="F9B074" w:themeColor="accent6" w:themeTint="BF"/>
        </w:tcBorders>
      </w:tcPr>
    </w:tblStylePr>
    <w:tblStylePr w:type="firstCol">
      <w:rPr>
        <w:b/>
        <w:bCs/>
      </w:rPr>
    </w:tblStylePr>
    <w:tblStylePr w:type="lastCol">
      <w:rPr>
        <w:b/>
        <w:bCs/>
      </w:rPr>
    </w:tblStylePr>
    <w:tblStylePr w:type="band1Vert">
      <w:tblPr/>
      <w:tcPr>
        <w:shd w:val="clear" w:color="auto" w:fill="FBCAA2" w:themeFill="accent6" w:themeFillTint="7F"/>
      </w:tcPr>
    </w:tblStylePr>
    <w:tblStylePr w:type="band1Horz">
      <w:tblPr/>
      <w:tcPr>
        <w:shd w:val="clear" w:color="auto" w:fill="FBCAA2" w:themeFill="accent6" w:themeFillTint="7F"/>
      </w:tcPr>
    </w:tblStylePr>
  </w:style>
  <w:style w:type="table" w:styleId="MediumGrid2">
    <w:name w:val="Medium Grid 2"/>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Pr>
    <w:tcPr>
      <w:shd w:val="clear" w:color="auto" w:fill="C0C0C0" w:themeFill="text1" w:themeFillTint="3F"/>
    </w:tcPr>
    <w:tblStylePr w:type="firstRow">
      <w:rPr>
        <w:b/>
        <w:bCs/>
        <w:color w:val="000000" w:themeColor="text1"/>
      </w:rPr>
      <w:tblPr/>
      <w:tcPr>
        <w:shd w:val="clear" w:color="auto" w:fill="E6E6E6" w:themeFill="tex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CCCCCC" w:themeFill="text1" w:themeFillTint="33"/>
      </w:tcPr>
    </w:tblStylePr>
    <w:tblStylePr w:type="band1Vert">
      <w:tblPr/>
      <w:tcPr>
        <w:shd w:val="clear" w:color="auto" w:fill="808080" w:themeFill="text1" w:themeFillTint="7F"/>
      </w:tcPr>
    </w:tblStylePr>
    <w:tblStylePr w:type="band1Horz">
      <w:tblPr/>
      <w:tcPr>
        <w:tcBorders>
          <w:insideH w:val="single" w:sz="6" w:space="0" w:color="000000" w:themeColor="text1"/>
          <w:insideV w:val="single" w:sz="6" w:space="0" w:color="000000" w:themeColor="text1"/>
        </w:tcBorders>
        <w:shd w:val="clear" w:color="auto" w:fill="808080" w:themeFill="text1" w:themeFillTint="7F"/>
      </w:tcPr>
    </w:tblStylePr>
    <w:tblStylePr w:type="nwCell">
      <w:tblPr/>
      <w:tcPr>
        <w:shd w:val="clear" w:color="auto" w:fill="FFFFFF" w:themeFill="background1"/>
      </w:tcPr>
    </w:tblStylePr>
  </w:style>
  <w:style w:type="table" w:styleId="MediumGrid2-Accent1">
    <w:name w:val="Medium Grid 2 Accent 1"/>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4F81BD" w:themeColor="accent1"/>
        <w:left w:val="single" w:sz="8" w:space="0" w:color="4F81BD" w:themeColor="accent1"/>
        <w:bottom w:val="single" w:sz="8" w:space="0" w:color="4F81BD" w:themeColor="accent1"/>
        <w:right w:val="single" w:sz="8" w:space="0" w:color="4F81BD" w:themeColor="accent1"/>
        <w:insideH w:val="single" w:sz="8" w:space="0" w:color="4F81BD" w:themeColor="accent1"/>
        <w:insideV w:val="single" w:sz="8" w:space="0" w:color="4F81BD" w:themeColor="accent1"/>
      </w:tblBorders>
    </w:tblPr>
    <w:tcPr>
      <w:shd w:val="clear" w:color="auto" w:fill="D3DFEE" w:themeFill="accent1" w:themeFillTint="3F"/>
    </w:tcPr>
    <w:tblStylePr w:type="firstRow">
      <w:rPr>
        <w:b/>
        <w:bCs/>
        <w:color w:val="000000" w:themeColor="text1"/>
      </w:rPr>
      <w:tblPr/>
      <w:tcPr>
        <w:shd w:val="clear" w:color="auto" w:fill="EDF2F8" w:themeFill="accen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BE5F1" w:themeFill="accent1" w:themeFillTint="33"/>
      </w:tcPr>
    </w:tblStylePr>
    <w:tblStylePr w:type="band1Vert">
      <w:tblPr/>
      <w:tcPr>
        <w:shd w:val="clear" w:color="auto" w:fill="A7BFDE" w:themeFill="accent1" w:themeFillTint="7F"/>
      </w:tcPr>
    </w:tblStylePr>
    <w:tblStylePr w:type="band1Horz">
      <w:tblPr/>
      <w:tcPr>
        <w:tcBorders>
          <w:insideH w:val="single" w:sz="6" w:space="0" w:color="4F81BD" w:themeColor="accent1"/>
          <w:insideV w:val="single" w:sz="6" w:space="0" w:color="4F81BD" w:themeColor="accent1"/>
        </w:tcBorders>
        <w:shd w:val="clear" w:color="auto" w:fill="A7BFDE" w:themeFill="accent1" w:themeFillTint="7F"/>
      </w:tcPr>
    </w:tblStylePr>
    <w:tblStylePr w:type="nwCell">
      <w:tblPr/>
      <w:tcPr>
        <w:shd w:val="clear" w:color="auto" w:fill="FFFFFF" w:themeFill="background1"/>
      </w:tcPr>
    </w:tblStylePr>
  </w:style>
  <w:style w:type="table" w:styleId="MediumGrid2-Accent2">
    <w:name w:val="Medium Grid 2 Accent 2"/>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C0504D" w:themeColor="accent2"/>
        <w:left w:val="single" w:sz="8" w:space="0" w:color="C0504D" w:themeColor="accent2"/>
        <w:bottom w:val="single" w:sz="8" w:space="0" w:color="C0504D" w:themeColor="accent2"/>
        <w:right w:val="single" w:sz="8" w:space="0" w:color="C0504D" w:themeColor="accent2"/>
        <w:insideH w:val="single" w:sz="8" w:space="0" w:color="C0504D" w:themeColor="accent2"/>
        <w:insideV w:val="single" w:sz="8" w:space="0" w:color="C0504D" w:themeColor="accent2"/>
      </w:tblBorders>
    </w:tblPr>
    <w:tcPr>
      <w:shd w:val="clear" w:color="auto" w:fill="EFD3D2" w:themeFill="accent2" w:themeFillTint="3F"/>
    </w:tcPr>
    <w:tblStylePr w:type="firstRow">
      <w:rPr>
        <w:b/>
        <w:bCs/>
        <w:color w:val="000000" w:themeColor="text1"/>
      </w:rPr>
      <w:tblPr/>
      <w:tcPr>
        <w:shd w:val="clear" w:color="auto" w:fill="F8EDED" w:themeFill="accent2"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2DBDB" w:themeFill="accent2" w:themeFillTint="33"/>
      </w:tcPr>
    </w:tblStylePr>
    <w:tblStylePr w:type="band1Vert">
      <w:tblPr/>
      <w:tcPr>
        <w:shd w:val="clear" w:color="auto" w:fill="DFA7A6" w:themeFill="accent2" w:themeFillTint="7F"/>
      </w:tcPr>
    </w:tblStylePr>
    <w:tblStylePr w:type="band1Horz">
      <w:tblPr/>
      <w:tcPr>
        <w:tcBorders>
          <w:insideH w:val="single" w:sz="6" w:space="0" w:color="C0504D" w:themeColor="accent2"/>
          <w:insideV w:val="single" w:sz="6" w:space="0" w:color="C0504D" w:themeColor="accent2"/>
        </w:tcBorders>
        <w:shd w:val="clear" w:color="auto" w:fill="DFA7A6" w:themeFill="accent2" w:themeFillTint="7F"/>
      </w:tcPr>
    </w:tblStylePr>
    <w:tblStylePr w:type="nwCell">
      <w:tblPr/>
      <w:tcPr>
        <w:shd w:val="clear" w:color="auto" w:fill="FFFFFF" w:themeFill="background1"/>
      </w:tcPr>
    </w:tblStylePr>
  </w:style>
  <w:style w:type="table" w:styleId="MediumGrid2-Accent3">
    <w:name w:val="Medium Grid 2 Accent 3"/>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9BBB59" w:themeColor="accent3"/>
        <w:left w:val="single" w:sz="8" w:space="0" w:color="9BBB59" w:themeColor="accent3"/>
        <w:bottom w:val="single" w:sz="8" w:space="0" w:color="9BBB59" w:themeColor="accent3"/>
        <w:right w:val="single" w:sz="8" w:space="0" w:color="9BBB59" w:themeColor="accent3"/>
        <w:insideH w:val="single" w:sz="8" w:space="0" w:color="9BBB59" w:themeColor="accent3"/>
        <w:insideV w:val="single" w:sz="8" w:space="0" w:color="9BBB59" w:themeColor="accent3"/>
      </w:tblBorders>
    </w:tblPr>
    <w:tcPr>
      <w:shd w:val="clear" w:color="auto" w:fill="E6EED5" w:themeFill="accent3" w:themeFillTint="3F"/>
    </w:tcPr>
    <w:tblStylePr w:type="firstRow">
      <w:rPr>
        <w:b/>
        <w:bCs/>
        <w:color w:val="000000" w:themeColor="text1"/>
      </w:rPr>
      <w:tblPr/>
      <w:tcPr>
        <w:shd w:val="clear" w:color="auto" w:fill="F5F8EE" w:themeFill="accent3"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AF1DD" w:themeFill="accent3" w:themeFillTint="33"/>
      </w:tcPr>
    </w:tblStylePr>
    <w:tblStylePr w:type="band1Vert">
      <w:tblPr/>
      <w:tcPr>
        <w:shd w:val="clear" w:color="auto" w:fill="CDDDAC" w:themeFill="accent3" w:themeFillTint="7F"/>
      </w:tcPr>
    </w:tblStylePr>
    <w:tblStylePr w:type="band1Horz">
      <w:tblPr/>
      <w:tcPr>
        <w:tcBorders>
          <w:insideH w:val="single" w:sz="6" w:space="0" w:color="9BBB59" w:themeColor="accent3"/>
          <w:insideV w:val="single" w:sz="6" w:space="0" w:color="9BBB59" w:themeColor="accent3"/>
        </w:tcBorders>
        <w:shd w:val="clear" w:color="auto" w:fill="CDDDAC" w:themeFill="accent3" w:themeFillTint="7F"/>
      </w:tcPr>
    </w:tblStylePr>
    <w:tblStylePr w:type="nwCell">
      <w:tblPr/>
      <w:tcPr>
        <w:shd w:val="clear" w:color="auto" w:fill="FFFFFF" w:themeFill="background1"/>
      </w:tcPr>
    </w:tblStylePr>
  </w:style>
  <w:style w:type="table" w:styleId="MediumGrid2-Accent4">
    <w:name w:val="Medium Grid 2 Accent 4"/>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8064A2" w:themeColor="accent4"/>
        <w:left w:val="single" w:sz="8" w:space="0" w:color="8064A2" w:themeColor="accent4"/>
        <w:bottom w:val="single" w:sz="8" w:space="0" w:color="8064A2" w:themeColor="accent4"/>
        <w:right w:val="single" w:sz="8" w:space="0" w:color="8064A2" w:themeColor="accent4"/>
        <w:insideH w:val="single" w:sz="8" w:space="0" w:color="8064A2" w:themeColor="accent4"/>
        <w:insideV w:val="single" w:sz="8" w:space="0" w:color="8064A2" w:themeColor="accent4"/>
      </w:tblBorders>
    </w:tblPr>
    <w:tcPr>
      <w:shd w:val="clear" w:color="auto" w:fill="DFD8E8" w:themeFill="accent4" w:themeFillTint="3F"/>
    </w:tcPr>
    <w:tblStylePr w:type="firstRow">
      <w:rPr>
        <w:b/>
        <w:bCs/>
        <w:color w:val="000000" w:themeColor="text1"/>
      </w:rPr>
      <w:tblPr/>
      <w:tcPr>
        <w:shd w:val="clear" w:color="auto" w:fill="F2EFF6" w:themeFill="accent4"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5DFEC" w:themeFill="accent4" w:themeFillTint="33"/>
      </w:tcPr>
    </w:tblStylePr>
    <w:tblStylePr w:type="band1Vert">
      <w:tblPr/>
      <w:tcPr>
        <w:shd w:val="clear" w:color="auto" w:fill="BFB1D0" w:themeFill="accent4" w:themeFillTint="7F"/>
      </w:tcPr>
    </w:tblStylePr>
    <w:tblStylePr w:type="band1Horz">
      <w:tblPr/>
      <w:tcPr>
        <w:tcBorders>
          <w:insideH w:val="single" w:sz="6" w:space="0" w:color="8064A2" w:themeColor="accent4"/>
          <w:insideV w:val="single" w:sz="6" w:space="0" w:color="8064A2" w:themeColor="accent4"/>
        </w:tcBorders>
        <w:shd w:val="clear" w:color="auto" w:fill="BFB1D0" w:themeFill="accent4" w:themeFillTint="7F"/>
      </w:tcPr>
    </w:tblStylePr>
    <w:tblStylePr w:type="nwCell">
      <w:tblPr/>
      <w:tcPr>
        <w:shd w:val="clear" w:color="auto" w:fill="FFFFFF" w:themeFill="background1"/>
      </w:tcPr>
    </w:tblStylePr>
  </w:style>
  <w:style w:type="table" w:styleId="MediumGrid2-Accent5">
    <w:name w:val="Medium Grid 2 Accent 5"/>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Pr>
    <w:tcPr>
      <w:shd w:val="clear" w:color="auto" w:fill="D2EAF1" w:themeFill="accent5" w:themeFillTint="3F"/>
    </w:tcPr>
    <w:tblStylePr w:type="firstRow">
      <w:rPr>
        <w:b/>
        <w:bCs/>
        <w:color w:val="000000" w:themeColor="text1"/>
      </w:rPr>
      <w:tblPr/>
      <w:tcPr>
        <w:shd w:val="clear" w:color="auto" w:fill="EDF6F9" w:themeFill="accent5"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AEEF3" w:themeFill="accent5" w:themeFillTint="33"/>
      </w:tcPr>
    </w:tblStylePr>
    <w:tblStylePr w:type="band1Vert">
      <w:tblPr/>
      <w:tcPr>
        <w:shd w:val="clear" w:color="auto" w:fill="A5D5E2" w:themeFill="accent5" w:themeFillTint="7F"/>
      </w:tcPr>
    </w:tblStylePr>
    <w:tblStylePr w:type="band1Horz">
      <w:tblPr/>
      <w:tcPr>
        <w:tcBorders>
          <w:insideH w:val="single" w:sz="6" w:space="0" w:color="4BACC6" w:themeColor="accent5"/>
          <w:insideV w:val="single" w:sz="6" w:space="0" w:color="4BACC6" w:themeColor="accent5"/>
        </w:tcBorders>
        <w:shd w:val="clear" w:color="auto" w:fill="A5D5E2" w:themeFill="accent5" w:themeFillTint="7F"/>
      </w:tcPr>
    </w:tblStylePr>
    <w:tblStylePr w:type="nwCell">
      <w:tblPr/>
      <w:tcPr>
        <w:shd w:val="clear" w:color="auto" w:fill="FFFFFF" w:themeFill="background1"/>
      </w:tcPr>
    </w:tblStylePr>
  </w:style>
  <w:style w:type="table" w:styleId="MediumGrid2-Accent6">
    <w:name w:val="Medium Grid 2 Accent 6"/>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F79646" w:themeColor="accent6"/>
        <w:left w:val="single" w:sz="8" w:space="0" w:color="F79646" w:themeColor="accent6"/>
        <w:bottom w:val="single" w:sz="8" w:space="0" w:color="F79646" w:themeColor="accent6"/>
        <w:right w:val="single" w:sz="8" w:space="0" w:color="F79646" w:themeColor="accent6"/>
        <w:insideH w:val="single" w:sz="8" w:space="0" w:color="F79646" w:themeColor="accent6"/>
        <w:insideV w:val="single" w:sz="8" w:space="0" w:color="F79646" w:themeColor="accent6"/>
      </w:tblBorders>
    </w:tblPr>
    <w:tcPr>
      <w:shd w:val="clear" w:color="auto" w:fill="FDE4D0" w:themeFill="accent6" w:themeFillTint="3F"/>
    </w:tcPr>
    <w:tblStylePr w:type="firstRow">
      <w:rPr>
        <w:b/>
        <w:bCs/>
        <w:color w:val="000000" w:themeColor="text1"/>
      </w:rPr>
      <w:tblPr/>
      <w:tcPr>
        <w:shd w:val="clear" w:color="auto" w:fill="FEF4EC" w:themeFill="accent6"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DE9D9" w:themeFill="accent6" w:themeFillTint="33"/>
      </w:tcPr>
    </w:tblStylePr>
    <w:tblStylePr w:type="band1Vert">
      <w:tblPr/>
      <w:tcPr>
        <w:shd w:val="clear" w:color="auto" w:fill="FBCAA2" w:themeFill="accent6" w:themeFillTint="7F"/>
      </w:tcPr>
    </w:tblStylePr>
    <w:tblStylePr w:type="band1Horz">
      <w:tblPr/>
      <w:tcPr>
        <w:tcBorders>
          <w:insideH w:val="single" w:sz="6" w:space="0" w:color="F79646" w:themeColor="accent6"/>
          <w:insideV w:val="single" w:sz="6" w:space="0" w:color="F79646" w:themeColor="accent6"/>
        </w:tcBorders>
        <w:shd w:val="clear" w:color="auto" w:fill="FBCAA2" w:themeFill="accent6" w:themeFillTint="7F"/>
      </w:tcPr>
    </w:tblStylePr>
    <w:tblStylePr w:type="nwCell">
      <w:tblPr/>
      <w:tcPr>
        <w:shd w:val="clear" w:color="auto" w:fill="FFFFFF" w:themeFill="background1"/>
      </w:tcPr>
    </w:tblStylePr>
  </w:style>
  <w:style w:type="table" w:styleId="MediumGrid3">
    <w:name w:val="Medium Grid 3"/>
    <w:basedOn w:val="TableNormal"/>
    <w:uiPriority w:val="69"/>
    <w:rsid w:val="00CB0664"/>
    <w:pPr>
      <w:spacing w:after="0" w:line="240" w:lineRule="auto"/>
    </w:pPr>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C0C0C0" w:themeFill="tex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000000" w:themeFill="tex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000000" w:themeFill="tex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808080" w:themeFill="tex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808080" w:themeFill="text1" w:themeFillTint="7F"/>
      </w:tcPr>
    </w:tblStylePr>
  </w:style>
  <w:style w:type="table" w:styleId="MediumGrid3-Accent1">
    <w:name w:val="Medium Grid 3 Accent 1"/>
    <w:basedOn w:val="TableNormal"/>
    <w:uiPriority w:val="69"/>
    <w:rsid w:val="00CB0664"/>
    <w:pPr>
      <w:spacing w:after="0" w:line="240" w:lineRule="auto"/>
    </w:pPr>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D3DFEE" w:themeFill="accen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F81BD" w:themeFill="accen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F81BD" w:themeFill="accen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F81BD" w:themeFill="accen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F81BD" w:themeFill="accen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7BFDE" w:themeFill="accen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7BFDE" w:themeFill="accent1" w:themeFillTint="7F"/>
      </w:tcPr>
    </w:tblStylePr>
  </w:style>
  <w:style w:type="table" w:styleId="MediumGrid3-Accent2">
    <w:name w:val="Medium Grid 3 Accent 2"/>
    <w:basedOn w:val="TableNormal"/>
    <w:uiPriority w:val="69"/>
    <w:rsid w:val="00CB0664"/>
    <w:pPr>
      <w:spacing w:after="0" w:line="240" w:lineRule="auto"/>
    </w:pPr>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EFD3D2" w:themeFill="accent2"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C0504D" w:themeFill="accent2"/>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C0504D" w:themeFill="accent2"/>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C0504D" w:themeFill="accent2"/>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C0504D" w:themeFill="accent2"/>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DFA7A6" w:themeFill="accent2"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DFA7A6" w:themeFill="accent2" w:themeFillTint="7F"/>
      </w:tcPr>
    </w:tblStylePr>
  </w:style>
  <w:style w:type="table" w:styleId="MediumGrid3-Accent3">
    <w:name w:val="Medium Grid 3 Accent 3"/>
    <w:basedOn w:val="TableNormal"/>
    <w:uiPriority w:val="69"/>
    <w:rsid w:val="00CB0664"/>
    <w:pPr>
      <w:spacing w:after="0" w:line="240" w:lineRule="auto"/>
    </w:pPr>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E6EED5" w:themeFill="accent3"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9BBB59" w:themeFill="accent3"/>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9BBB59" w:themeFill="accent3"/>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9BBB59" w:themeFill="accent3"/>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9BBB59" w:themeFill="accent3"/>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CDDDAC" w:themeFill="accent3"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CDDDAC" w:themeFill="accent3" w:themeFillTint="7F"/>
      </w:tcPr>
    </w:tblStylePr>
  </w:style>
  <w:style w:type="table" w:styleId="MediumGrid3-Accent4">
    <w:name w:val="Medium Grid 3 Accent 4"/>
    <w:basedOn w:val="TableNormal"/>
    <w:uiPriority w:val="69"/>
    <w:rsid w:val="00CB0664"/>
    <w:pPr>
      <w:spacing w:after="0" w:line="240" w:lineRule="auto"/>
    </w:pPr>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DFD8E8" w:themeFill="accent4"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8064A2" w:themeFill="accent4"/>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8064A2" w:themeFill="accent4"/>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8064A2" w:themeFill="accent4"/>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8064A2" w:themeFill="accent4"/>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BFB1D0" w:themeFill="accent4"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BFB1D0" w:themeFill="accent4" w:themeFillTint="7F"/>
      </w:tcPr>
    </w:tblStylePr>
  </w:style>
  <w:style w:type="table" w:styleId="MediumGrid3-Accent5">
    <w:name w:val="Medium Grid 3 Accent 5"/>
    <w:basedOn w:val="TableNormal"/>
    <w:uiPriority w:val="69"/>
    <w:rsid w:val="00CB0664"/>
    <w:pPr>
      <w:spacing w:after="0" w:line="240" w:lineRule="auto"/>
    </w:pPr>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D2EAF1" w:themeFill="accent5"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BACC6" w:themeFill="accent5"/>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BACC6" w:themeFill="accent5"/>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BACC6" w:themeFill="accent5"/>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BACC6" w:themeFill="accent5"/>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5D5E2" w:themeFill="accent5"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5D5E2" w:themeFill="accent5" w:themeFillTint="7F"/>
      </w:tcPr>
    </w:tblStylePr>
  </w:style>
  <w:style w:type="table" w:styleId="MediumGrid3-Accent6">
    <w:name w:val="Medium Grid 3 Accent 6"/>
    <w:basedOn w:val="TableNormal"/>
    <w:uiPriority w:val="69"/>
    <w:rsid w:val="00CB0664"/>
    <w:pPr>
      <w:spacing w:after="0" w:line="240" w:lineRule="auto"/>
    </w:pPr>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FDE4D0" w:themeFill="accent6"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F79646" w:themeFill="accent6"/>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F79646" w:themeFill="accent6"/>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F79646" w:themeFill="accent6"/>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F79646" w:themeFill="accent6"/>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FBCAA2" w:themeFill="accent6"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FBCAA2" w:themeFill="accent6" w:themeFillTint="7F"/>
      </w:tcPr>
    </w:tblStylePr>
  </w:style>
  <w:style w:type="table" w:styleId="DarkList">
    <w:name w:val="Dark List"/>
    <w:basedOn w:val="TableNormal"/>
    <w:uiPriority w:val="70"/>
    <w:rsid w:val="00CB0664"/>
    <w:pPr>
      <w:spacing w:after="0" w:line="240" w:lineRule="auto"/>
    </w:pPr>
    <w:rPr>
      <w:color w:val="FFFFFF" w:themeColor="background1"/>
    </w:rPr>
    <w:tblPr>
      <w:tblStyleRowBandSize w:val="1"/>
      <w:tblStyleColBandSize w:val="1"/>
    </w:tblPr>
    <w:tcPr>
      <w:shd w:val="clear" w:color="auto" w:fill="000000" w:themeFill="tex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000000" w:themeFill="text1" w:themeFillShade="7F"/>
      </w:tcPr>
    </w:tblStylePr>
    <w:tblStylePr w:type="firstCol">
      <w:tblPr/>
      <w:tcPr>
        <w:tcBorders>
          <w:top w:val="nil"/>
          <w:left w:val="nil"/>
          <w:bottom w:val="nil"/>
          <w:right w:val="single" w:sz="18" w:space="0" w:color="FFFFFF" w:themeColor="background1"/>
          <w:insideH w:val="nil"/>
          <w:insideV w:val="nil"/>
        </w:tcBorders>
        <w:shd w:val="clear" w:color="auto" w:fill="000000" w:themeFill="text1" w:themeFillShade="BF"/>
      </w:tcPr>
    </w:tblStylePr>
    <w:tblStylePr w:type="lastCol">
      <w:tblPr/>
      <w:tcPr>
        <w:tcBorders>
          <w:top w:val="nil"/>
          <w:left w:val="single" w:sz="18" w:space="0" w:color="FFFFFF" w:themeColor="background1"/>
          <w:bottom w:val="nil"/>
          <w:right w:val="nil"/>
          <w:insideH w:val="nil"/>
          <w:insideV w:val="nil"/>
        </w:tcBorders>
        <w:shd w:val="clear" w:color="auto" w:fill="000000" w:themeFill="text1" w:themeFillShade="BF"/>
      </w:tcPr>
    </w:tblStylePr>
    <w:tblStylePr w:type="band1Vert">
      <w:tblPr/>
      <w:tcPr>
        <w:tcBorders>
          <w:top w:val="nil"/>
          <w:left w:val="nil"/>
          <w:bottom w:val="nil"/>
          <w:right w:val="nil"/>
          <w:insideH w:val="nil"/>
          <w:insideV w:val="nil"/>
        </w:tcBorders>
        <w:shd w:val="clear" w:color="auto" w:fill="000000" w:themeFill="text1" w:themeFillShade="BF"/>
      </w:tcPr>
    </w:tblStylePr>
    <w:tblStylePr w:type="band1Horz">
      <w:tblPr/>
      <w:tcPr>
        <w:tcBorders>
          <w:top w:val="nil"/>
          <w:left w:val="nil"/>
          <w:bottom w:val="nil"/>
          <w:right w:val="nil"/>
          <w:insideH w:val="nil"/>
          <w:insideV w:val="nil"/>
        </w:tcBorders>
        <w:shd w:val="clear" w:color="auto" w:fill="000000" w:themeFill="text1" w:themeFillShade="BF"/>
      </w:tcPr>
    </w:tblStylePr>
  </w:style>
  <w:style w:type="table" w:styleId="DarkList-Accent1">
    <w:name w:val="Dark List Accent 1"/>
    <w:basedOn w:val="TableNormal"/>
    <w:uiPriority w:val="70"/>
    <w:rsid w:val="00CB0664"/>
    <w:pPr>
      <w:spacing w:after="0" w:line="240" w:lineRule="auto"/>
    </w:pPr>
    <w:rPr>
      <w:color w:val="FFFFFF" w:themeColor="background1"/>
    </w:rPr>
    <w:tblPr>
      <w:tblStyleRowBandSize w:val="1"/>
      <w:tblStyleColBandSize w:val="1"/>
    </w:tblPr>
    <w:tcPr>
      <w:shd w:val="clear" w:color="auto" w:fill="4F81BD" w:themeFill="accen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43F60" w:themeFill="accent1" w:themeFillShade="7F"/>
      </w:tcPr>
    </w:tblStylePr>
    <w:tblStylePr w:type="firstCol">
      <w:tblPr/>
      <w:tcPr>
        <w:tcBorders>
          <w:top w:val="nil"/>
          <w:left w:val="nil"/>
          <w:bottom w:val="nil"/>
          <w:right w:val="single" w:sz="18" w:space="0" w:color="FFFFFF" w:themeColor="background1"/>
          <w:insideH w:val="nil"/>
          <w:insideV w:val="nil"/>
        </w:tcBorders>
        <w:shd w:val="clear" w:color="auto" w:fill="365F91" w:themeFill="accent1" w:themeFillShade="BF"/>
      </w:tcPr>
    </w:tblStylePr>
    <w:tblStylePr w:type="lastCol">
      <w:tblPr/>
      <w:tcPr>
        <w:tcBorders>
          <w:top w:val="nil"/>
          <w:left w:val="single" w:sz="18" w:space="0" w:color="FFFFFF" w:themeColor="background1"/>
          <w:bottom w:val="nil"/>
          <w:right w:val="nil"/>
          <w:insideH w:val="nil"/>
          <w:insideV w:val="nil"/>
        </w:tcBorders>
        <w:shd w:val="clear" w:color="auto" w:fill="365F91" w:themeFill="accent1" w:themeFillShade="BF"/>
      </w:tcPr>
    </w:tblStylePr>
    <w:tblStylePr w:type="band1Vert">
      <w:tblPr/>
      <w:tcPr>
        <w:tcBorders>
          <w:top w:val="nil"/>
          <w:left w:val="nil"/>
          <w:bottom w:val="nil"/>
          <w:right w:val="nil"/>
          <w:insideH w:val="nil"/>
          <w:insideV w:val="nil"/>
        </w:tcBorders>
        <w:shd w:val="clear" w:color="auto" w:fill="365F91" w:themeFill="accent1" w:themeFillShade="BF"/>
      </w:tcPr>
    </w:tblStylePr>
    <w:tblStylePr w:type="band1Horz">
      <w:tblPr/>
      <w:tcPr>
        <w:tcBorders>
          <w:top w:val="nil"/>
          <w:left w:val="nil"/>
          <w:bottom w:val="nil"/>
          <w:right w:val="nil"/>
          <w:insideH w:val="nil"/>
          <w:insideV w:val="nil"/>
        </w:tcBorders>
        <w:shd w:val="clear" w:color="auto" w:fill="365F91" w:themeFill="accent1" w:themeFillShade="BF"/>
      </w:tcPr>
    </w:tblStylePr>
  </w:style>
  <w:style w:type="table" w:styleId="DarkList-Accent2">
    <w:name w:val="Dark List Accent 2"/>
    <w:basedOn w:val="TableNormal"/>
    <w:uiPriority w:val="70"/>
    <w:rsid w:val="00CB0664"/>
    <w:pPr>
      <w:spacing w:after="0" w:line="240" w:lineRule="auto"/>
    </w:pPr>
    <w:rPr>
      <w:color w:val="FFFFFF" w:themeColor="background1"/>
    </w:rPr>
    <w:tblPr>
      <w:tblStyleRowBandSize w:val="1"/>
      <w:tblStyleColBandSize w:val="1"/>
    </w:tblPr>
    <w:tcPr>
      <w:shd w:val="clear" w:color="auto" w:fill="C0504D" w:themeFill="accent2"/>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622423" w:themeFill="accent2" w:themeFillShade="7F"/>
      </w:tcPr>
    </w:tblStylePr>
    <w:tblStylePr w:type="firstCol">
      <w:tblPr/>
      <w:tcPr>
        <w:tcBorders>
          <w:top w:val="nil"/>
          <w:left w:val="nil"/>
          <w:bottom w:val="nil"/>
          <w:right w:val="single" w:sz="18" w:space="0" w:color="FFFFFF" w:themeColor="background1"/>
          <w:insideH w:val="nil"/>
          <w:insideV w:val="nil"/>
        </w:tcBorders>
        <w:shd w:val="clear" w:color="auto" w:fill="943634" w:themeFill="accent2" w:themeFillShade="BF"/>
      </w:tcPr>
    </w:tblStylePr>
    <w:tblStylePr w:type="lastCol">
      <w:tblPr/>
      <w:tcPr>
        <w:tcBorders>
          <w:top w:val="nil"/>
          <w:left w:val="single" w:sz="18" w:space="0" w:color="FFFFFF" w:themeColor="background1"/>
          <w:bottom w:val="nil"/>
          <w:right w:val="nil"/>
          <w:insideH w:val="nil"/>
          <w:insideV w:val="nil"/>
        </w:tcBorders>
        <w:shd w:val="clear" w:color="auto" w:fill="943634" w:themeFill="accent2" w:themeFillShade="BF"/>
      </w:tcPr>
    </w:tblStylePr>
    <w:tblStylePr w:type="band1Vert">
      <w:tblPr/>
      <w:tcPr>
        <w:tcBorders>
          <w:top w:val="nil"/>
          <w:left w:val="nil"/>
          <w:bottom w:val="nil"/>
          <w:right w:val="nil"/>
          <w:insideH w:val="nil"/>
          <w:insideV w:val="nil"/>
        </w:tcBorders>
        <w:shd w:val="clear" w:color="auto" w:fill="943634" w:themeFill="accent2" w:themeFillShade="BF"/>
      </w:tcPr>
    </w:tblStylePr>
    <w:tblStylePr w:type="band1Horz">
      <w:tblPr/>
      <w:tcPr>
        <w:tcBorders>
          <w:top w:val="nil"/>
          <w:left w:val="nil"/>
          <w:bottom w:val="nil"/>
          <w:right w:val="nil"/>
          <w:insideH w:val="nil"/>
          <w:insideV w:val="nil"/>
        </w:tcBorders>
        <w:shd w:val="clear" w:color="auto" w:fill="943634" w:themeFill="accent2" w:themeFillShade="BF"/>
      </w:tcPr>
    </w:tblStylePr>
  </w:style>
  <w:style w:type="table" w:styleId="DarkList-Accent3">
    <w:name w:val="Dark List Accent 3"/>
    <w:basedOn w:val="TableNormal"/>
    <w:uiPriority w:val="70"/>
    <w:rsid w:val="00CB0664"/>
    <w:pPr>
      <w:spacing w:after="0" w:line="240" w:lineRule="auto"/>
    </w:pPr>
    <w:rPr>
      <w:color w:val="FFFFFF" w:themeColor="background1"/>
    </w:rPr>
    <w:tblPr>
      <w:tblStyleRowBandSize w:val="1"/>
      <w:tblStyleColBandSize w:val="1"/>
    </w:tblPr>
    <w:tcPr>
      <w:shd w:val="clear" w:color="auto" w:fill="9BBB59" w:themeFill="accent3"/>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4E6128" w:themeFill="accent3" w:themeFillShade="7F"/>
      </w:tcPr>
    </w:tblStylePr>
    <w:tblStylePr w:type="firstCol">
      <w:tblPr/>
      <w:tcPr>
        <w:tcBorders>
          <w:top w:val="nil"/>
          <w:left w:val="nil"/>
          <w:bottom w:val="nil"/>
          <w:right w:val="single" w:sz="18" w:space="0" w:color="FFFFFF" w:themeColor="background1"/>
          <w:insideH w:val="nil"/>
          <w:insideV w:val="nil"/>
        </w:tcBorders>
        <w:shd w:val="clear" w:color="auto" w:fill="76923C" w:themeFill="accent3" w:themeFillShade="BF"/>
      </w:tcPr>
    </w:tblStylePr>
    <w:tblStylePr w:type="lastCol">
      <w:tblPr/>
      <w:tcPr>
        <w:tcBorders>
          <w:top w:val="nil"/>
          <w:left w:val="single" w:sz="18" w:space="0" w:color="FFFFFF" w:themeColor="background1"/>
          <w:bottom w:val="nil"/>
          <w:right w:val="nil"/>
          <w:insideH w:val="nil"/>
          <w:insideV w:val="nil"/>
        </w:tcBorders>
        <w:shd w:val="clear" w:color="auto" w:fill="76923C" w:themeFill="accent3" w:themeFillShade="BF"/>
      </w:tcPr>
    </w:tblStylePr>
    <w:tblStylePr w:type="band1Vert">
      <w:tblPr/>
      <w:tcPr>
        <w:tcBorders>
          <w:top w:val="nil"/>
          <w:left w:val="nil"/>
          <w:bottom w:val="nil"/>
          <w:right w:val="nil"/>
          <w:insideH w:val="nil"/>
          <w:insideV w:val="nil"/>
        </w:tcBorders>
        <w:shd w:val="clear" w:color="auto" w:fill="76923C" w:themeFill="accent3" w:themeFillShade="BF"/>
      </w:tcPr>
    </w:tblStylePr>
    <w:tblStylePr w:type="band1Horz">
      <w:tblPr/>
      <w:tcPr>
        <w:tcBorders>
          <w:top w:val="nil"/>
          <w:left w:val="nil"/>
          <w:bottom w:val="nil"/>
          <w:right w:val="nil"/>
          <w:insideH w:val="nil"/>
          <w:insideV w:val="nil"/>
        </w:tcBorders>
        <w:shd w:val="clear" w:color="auto" w:fill="76923C" w:themeFill="accent3" w:themeFillShade="BF"/>
      </w:tcPr>
    </w:tblStylePr>
  </w:style>
  <w:style w:type="table" w:styleId="DarkList-Accent4">
    <w:name w:val="Dark List Accent 4"/>
    <w:basedOn w:val="TableNormal"/>
    <w:uiPriority w:val="70"/>
    <w:rsid w:val="00CB0664"/>
    <w:pPr>
      <w:spacing w:after="0" w:line="240" w:lineRule="auto"/>
    </w:pPr>
    <w:rPr>
      <w:color w:val="FFFFFF" w:themeColor="background1"/>
    </w:rPr>
    <w:tblPr>
      <w:tblStyleRowBandSize w:val="1"/>
      <w:tblStyleColBandSize w:val="1"/>
    </w:tblPr>
    <w:tcPr>
      <w:shd w:val="clear" w:color="auto" w:fill="8064A2" w:themeFill="accent4"/>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3F3151" w:themeFill="accent4" w:themeFillShade="7F"/>
      </w:tcPr>
    </w:tblStylePr>
    <w:tblStylePr w:type="firstCol">
      <w:tblPr/>
      <w:tcPr>
        <w:tcBorders>
          <w:top w:val="nil"/>
          <w:left w:val="nil"/>
          <w:bottom w:val="nil"/>
          <w:right w:val="single" w:sz="18" w:space="0" w:color="FFFFFF" w:themeColor="background1"/>
          <w:insideH w:val="nil"/>
          <w:insideV w:val="nil"/>
        </w:tcBorders>
        <w:shd w:val="clear" w:color="auto" w:fill="5F497A" w:themeFill="accent4" w:themeFillShade="BF"/>
      </w:tcPr>
    </w:tblStylePr>
    <w:tblStylePr w:type="lastCol">
      <w:tblPr/>
      <w:tcPr>
        <w:tcBorders>
          <w:top w:val="nil"/>
          <w:left w:val="single" w:sz="18" w:space="0" w:color="FFFFFF" w:themeColor="background1"/>
          <w:bottom w:val="nil"/>
          <w:right w:val="nil"/>
          <w:insideH w:val="nil"/>
          <w:insideV w:val="nil"/>
        </w:tcBorders>
        <w:shd w:val="clear" w:color="auto" w:fill="5F497A" w:themeFill="accent4" w:themeFillShade="BF"/>
      </w:tcPr>
    </w:tblStylePr>
    <w:tblStylePr w:type="band1Vert">
      <w:tblPr/>
      <w:tcPr>
        <w:tcBorders>
          <w:top w:val="nil"/>
          <w:left w:val="nil"/>
          <w:bottom w:val="nil"/>
          <w:right w:val="nil"/>
          <w:insideH w:val="nil"/>
          <w:insideV w:val="nil"/>
        </w:tcBorders>
        <w:shd w:val="clear" w:color="auto" w:fill="5F497A" w:themeFill="accent4" w:themeFillShade="BF"/>
      </w:tcPr>
    </w:tblStylePr>
    <w:tblStylePr w:type="band1Horz">
      <w:tblPr/>
      <w:tcPr>
        <w:tcBorders>
          <w:top w:val="nil"/>
          <w:left w:val="nil"/>
          <w:bottom w:val="nil"/>
          <w:right w:val="nil"/>
          <w:insideH w:val="nil"/>
          <w:insideV w:val="nil"/>
        </w:tcBorders>
        <w:shd w:val="clear" w:color="auto" w:fill="5F497A" w:themeFill="accent4" w:themeFillShade="BF"/>
      </w:tcPr>
    </w:tblStylePr>
  </w:style>
  <w:style w:type="table" w:styleId="DarkList-Accent5">
    <w:name w:val="Dark List Accent 5"/>
    <w:basedOn w:val="TableNormal"/>
    <w:uiPriority w:val="70"/>
    <w:rsid w:val="00CB0664"/>
    <w:pPr>
      <w:spacing w:after="0" w:line="240" w:lineRule="auto"/>
    </w:pPr>
    <w:rPr>
      <w:color w:val="FFFFFF" w:themeColor="background1"/>
    </w:rPr>
    <w:tblPr>
      <w:tblStyleRowBandSize w:val="1"/>
      <w:tblStyleColBandSize w:val="1"/>
    </w:tblPr>
    <w:tcPr>
      <w:shd w:val="clear" w:color="auto" w:fill="4BACC6" w:themeFill="accent5"/>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05867" w:themeFill="accent5" w:themeFillShade="7F"/>
      </w:tcPr>
    </w:tblStylePr>
    <w:tblStylePr w:type="firstCol">
      <w:tblPr/>
      <w:tcPr>
        <w:tcBorders>
          <w:top w:val="nil"/>
          <w:left w:val="nil"/>
          <w:bottom w:val="nil"/>
          <w:right w:val="single" w:sz="18" w:space="0" w:color="FFFFFF" w:themeColor="background1"/>
          <w:insideH w:val="nil"/>
          <w:insideV w:val="nil"/>
        </w:tcBorders>
        <w:shd w:val="clear" w:color="auto" w:fill="31849B" w:themeFill="accent5" w:themeFillShade="BF"/>
      </w:tcPr>
    </w:tblStylePr>
    <w:tblStylePr w:type="lastCol">
      <w:tblPr/>
      <w:tcPr>
        <w:tcBorders>
          <w:top w:val="nil"/>
          <w:left w:val="single" w:sz="18" w:space="0" w:color="FFFFFF" w:themeColor="background1"/>
          <w:bottom w:val="nil"/>
          <w:right w:val="nil"/>
          <w:insideH w:val="nil"/>
          <w:insideV w:val="nil"/>
        </w:tcBorders>
        <w:shd w:val="clear" w:color="auto" w:fill="31849B" w:themeFill="accent5" w:themeFillShade="BF"/>
      </w:tcPr>
    </w:tblStylePr>
    <w:tblStylePr w:type="band1Vert">
      <w:tblPr/>
      <w:tcPr>
        <w:tcBorders>
          <w:top w:val="nil"/>
          <w:left w:val="nil"/>
          <w:bottom w:val="nil"/>
          <w:right w:val="nil"/>
          <w:insideH w:val="nil"/>
          <w:insideV w:val="nil"/>
        </w:tcBorders>
        <w:shd w:val="clear" w:color="auto" w:fill="31849B" w:themeFill="accent5" w:themeFillShade="BF"/>
      </w:tcPr>
    </w:tblStylePr>
    <w:tblStylePr w:type="band1Horz">
      <w:tblPr/>
      <w:tcPr>
        <w:tcBorders>
          <w:top w:val="nil"/>
          <w:left w:val="nil"/>
          <w:bottom w:val="nil"/>
          <w:right w:val="nil"/>
          <w:insideH w:val="nil"/>
          <w:insideV w:val="nil"/>
        </w:tcBorders>
        <w:shd w:val="clear" w:color="auto" w:fill="31849B" w:themeFill="accent5" w:themeFillShade="BF"/>
      </w:tcPr>
    </w:tblStylePr>
  </w:style>
  <w:style w:type="table" w:styleId="DarkList-Accent6">
    <w:name w:val="Dark List Accent 6"/>
    <w:basedOn w:val="TableNormal"/>
    <w:uiPriority w:val="70"/>
    <w:rsid w:val="00CB0664"/>
    <w:pPr>
      <w:spacing w:after="0" w:line="240" w:lineRule="auto"/>
    </w:pPr>
    <w:rPr>
      <w:color w:val="FFFFFF" w:themeColor="background1"/>
    </w:rPr>
    <w:tblPr>
      <w:tblStyleRowBandSize w:val="1"/>
      <w:tblStyleColBandSize w:val="1"/>
    </w:tblPr>
    <w:tcPr>
      <w:shd w:val="clear" w:color="auto" w:fill="F79646" w:themeFill="accent6"/>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974706" w:themeFill="accent6" w:themeFillShade="7F"/>
      </w:tcPr>
    </w:tblStylePr>
    <w:tblStylePr w:type="firstCol">
      <w:tblPr/>
      <w:tcPr>
        <w:tcBorders>
          <w:top w:val="nil"/>
          <w:left w:val="nil"/>
          <w:bottom w:val="nil"/>
          <w:right w:val="single" w:sz="18" w:space="0" w:color="FFFFFF" w:themeColor="background1"/>
          <w:insideH w:val="nil"/>
          <w:insideV w:val="nil"/>
        </w:tcBorders>
        <w:shd w:val="clear" w:color="auto" w:fill="E36C0A" w:themeFill="accent6" w:themeFillShade="BF"/>
      </w:tcPr>
    </w:tblStylePr>
    <w:tblStylePr w:type="lastCol">
      <w:tblPr/>
      <w:tcPr>
        <w:tcBorders>
          <w:top w:val="nil"/>
          <w:left w:val="single" w:sz="18" w:space="0" w:color="FFFFFF" w:themeColor="background1"/>
          <w:bottom w:val="nil"/>
          <w:right w:val="nil"/>
          <w:insideH w:val="nil"/>
          <w:insideV w:val="nil"/>
        </w:tcBorders>
        <w:shd w:val="clear" w:color="auto" w:fill="E36C0A" w:themeFill="accent6" w:themeFillShade="BF"/>
      </w:tcPr>
    </w:tblStylePr>
    <w:tblStylePr w:type="band1Vert">
      <w:tblPr/>
      <w:tcPr>
        <w:tcBorders>
          <w:top w:val="nil"/>
          <w:left w:val="nil"/>
          <w:bottom w:val="nil"/>
          <w:right w:val="nil"/>
          <w:insideH w:val="nil"/>
          <w:insideV w:val="nil"/>
        </w:tcBorders>
        <w:shd w:val="clear" w:color="auto" w:fill="E36C0A" w:themeFill="accent6" w:themeFillShade="BF"/>
      </w:tcPr>
    </w:tblStylePr>
    <w:tblStylePr w:type="band1Horz">
      <w:tblPr/>
      <w:tcPr>
        <w:tcBorders>
          <w:top w:val="nil"/>
          <w:left w:val="nil"/>
          <w:bottom w:val="nil"/>
          <w:right w:val="nil"/>
          <w:insideH w:val="nil"/>
          <w:insideV w:val="nil"/>
        </w:tcBorders>
        <w:shd w:val="clear" w:color="auto" w:fill="E36C0A" w:themeFill="accent6" w:themeFillShade="BF"/>
      </w:tcPr>
    </w:tblStylePr>
  </w:style>
  <w:style w:type="table" w:styleId="ColorfulShading">
    <w:name w:val="Colorful Shading"/>
    <w:basedOn w:val="TableNormal"/>
    <w:uiPriority w:val="71"/>
    <w:rsid w:val="00CB0664"/>
    <w:pPr>
      <w:spacing w:after="0" w:line="240" w:lineRule="auto"/>
    </w:pPr>
    <w:rPr>
      <w:color w:val="000000" w:themeColor="text1"/>
    </w:rPr>
    <w:tblPr>
      <w:tblStyleRowBandSize w:val="1"/>
      <w:tblStyleColBandSize w:val="1"/>
      <w:tblBorders>
        <w:top w:val="single" w:sz="24" w:space="0" w:color="C0504D" w:themeColor="accent2"/>
        <w:left w:val="single" w:sz="4" w:space="0" w:color="000000" w:themeColor="text1"/>
        <w:bottom w:val="single" w:sz="4" w:space="0" w:color="000000" w:themeColor="text1"/>
        <w:right w:val="single" w:sz="4" w:space="0" w:color="000000" w:themeColor="text1"/>
        <w:insideH w:val="single" w:sz="4" w:space="0" w:color="FFFFFF" w:themeColor="background1"/>
        <w:insideV w:val="single" w:sz="4" w:space="0" w:color="FFFFFF" w:themeColor="background1"/>
      </w:tblBorders>
    </w:tblPr>
    <w:tcPr>
      <w:shd w:val="clear" w:color="auto" w:fill="E6E6E6" w:themeFill="text1"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000000" w:themeFill="text1" w:themeFillShade="99"/>
      </w:tcPr>
    </w:tblStylePr>
    <w:tblStylePr w:type="firstCol">
      <w:rPr>
        <w:color w:val="FFFFFF" w:themeColor="background1"/>
      </w:rPr>
      <w:tblPr/>
      <w:tcPr>
        <w:tcBorders>
          <w:top w:val="nil"/>
          <w:left w:val="nil"/>
          <w:bottom w:val="nil"/>
          <w:right w:val="nil"/>
          <w:insideH w:val="single" w:sz="4" w:space="0" w:color="000000" w:themeColor="text1" w:themeShade="99"/>
          <w:insideV w:val="nil"/>
        </w:tcBorders>
        <w:shd w:val="clear" w:color="auto" w:fill="000000" w:themeFill="text1" w:themeFillShade="99"/>
      </w:tcPr>
    </w:tblStylePr>
    <w:tblStylePr w:type="lastCol">
      <w:rPr>
        <w:color w:val="FFFFFF" w:themeColor="background1"/>
      </w:rPr>
      <w:tblPr/>
      <w:tcPr>
        <w:tcBorders>
          <w:top w:val="nil"/>
          <w:left w:val="nil"/>
          <w:bottom w:val="nil"/>
          <w:right w:val="nil"/>
          <w:insideH w:val="nil"/>
          <w:insideV w:val="nil"/>
        </w:tcBorders>
        <w:shd w:val="clear" w:color="auto" w:fill="000000" w:themeFill="text1" w:themeFillShade="BF"/>
      </w:tcPr>
    </w:tblStylePr>
    <w:tblStylePr w:type="band1Vert">
      <w:tblPr/>
      <w:tcPr>
        <w:shd w:val="clear" w:color="auto" w:fill="999999" w:themeFill="text1" w:themeFillTint="66"/>
      </w:tcPr>
    </w:tblStylePr>
    <w:tblStylePr w:type="band1Horz">
      <w:tblPr/>
      <w:tcPr>
        <w:shd w:val="clear" w:color="auto" w:fill="808080" w:themeFill="text1" w:themeFillTint="7F"/>
      </w:tcPr>
    </w:tblStylePr>
    <w:tblStylePr w:type="neCell">
      <w:rPr>
        <w:color w:val="000000" w:themeColor="text1"/>
      </w:rPr>
    </w:tblStylePr>
    <w:tblStylePr w:type="nwCell">
      <w:rPr>
        <w:color w:val="000000" w:themeColor="text1"/>
      </w:rPr>
    </w:tblStylePr>
  </w:style>
  <w:style w:type="table" w:styleId="ColorfulShading-Accent1">
    <w:name w:val="Colorful Shading Accent 1"/>
    <w:basedOn w:val="TableNormal"/>
    <w:uiPriority w:val="71"/>
    <w:rsid w:val="00CB0664"/>
    <w:pPr>
      <w:spacing w:after="0" w:line="240" w:lineRule="auto"/>
    </w:pPr>
    <w:rPr>
      <w:color w:val="000000" w:themeColor="text1"/>
    </w:rPr>
    <w:tblPr>
      <w:tblStyleRowBandSize w:val="1"/>
      <w:tblStyleColBandSize w:val="1"/>
      <w:tblBorders>
        <w:top w:val="single" w:sz="24" w:space="0" w:color="C0504D" w:themeColor="accent2"/>
        <w:left w:val="single" w:sz="4" w:space="0" w:color="4F81BD" w:themeColor="accent1"/>
        <w:bottom w:val="single" w:sz="4" w:space="0" w:color="4F81BD" w:themeColor="accent1"/>
        <w:right w:val="single" w:sz="4" w:space="0" w:color="4F81BD" w:themeColor="accent1"/>
        <w:insideH w:val="single" w:sz="4" w:space="0" w:color="FFFFFF" w:themeColor="background1"/>
        <w:insideV w:val="single" w:sz="4" w:space="0" w:color="FFFFFF" w:themeColor="background1"/>
      </w:tblBorders>
    </w:tblPr>
    <w:tcPr>
      <w:shd w:val="clear" w:color="auto" w:fill="EDF2F8" w:themeFill="accent1"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C4C74" w:themeFill="accent1" w:themeFillShade="99"/>
      </w:tcPr>
    </w:tblStylePr>
    <w:tblStylePr w:type="firstCol">
      <w:rPr>
        <w:color w:val="FFFFFF" w:themeColor="background1"/>
      </w:rPr>
      <w:tblPr/>
      <w:tcPr>
        <w:tcBorders>
          <w:top w:val="nil"/>
          <w:left w:val="nil"/>
          <w:bottom w:val="nil"/>
          <w:right w:val="nil"/>
          <w:insideH w:val="single" w:sz="4" w:space="0" w:color="2C4C74" w:themeColor="accent1" w:themeShade="99"/>
          <w:insideV w:val="nil"/>
        </w:tcBorders>
        <w:shd w:val="clear" w:color="auto" w:fill="2C4C74" w:themeFill="accent1" w:themeFillShade="99"/>
      </w:tcPr>
    </w:tblStylePr>
    <w:tblStylePr w:type="lastCol">
      <w:rPr>
        <w:color w:val="FFFFFF" w:themeColor="background1"/>
      </w:rPr>
      <w:tblPr/>
      <w:tcPr>
        <w:tcBorders>
          <w:top w:val="nil"/>
          <w:left w:val="nil"/>
          <w:bottom w:val="nil"/>
          <w:right w:val="nil"/>
          <w:insideH w:val="nil"/>
          <w:insideV w:val="nil"/>
        </w:tcBorders>
        <w:shd w:val="clear" w:color="auto" w:fill="2C4C74" w:themeFill="accent1" w:themeFillShade="99"/>
      </w:tcPr>
    </w:tblStylePr>
    <w:tblStylePr w:type="band1Vert">
      <w:tblPr/>
      <w:tcPr>
        <w:shd w:val="clear" w:color="auto" w:fill="B8CCE4" w:themeFill="accent1" w:themeFillTint="66"/>
      </w:tcPr>
    </w:tblStylePr>
    <w:tblStylePr w:type="band1Horz">
      <w:tblPr/>
      <w:tcPr>
        <w:shd w:val="clear" w:color="auto" w:fill="A7BFDE" w:themeFill="accent1" w:themeFillTint="7F"/>
      </w:tcPr>
    </w:tblStylePr>
    <w:tblStylePr w:type="neCell">
      <w:rPr>
        <w:color w:val="000000" w:themeColor="text1"/>
      </w:rPr>
    </w:tblStylePr>
    <w:tblStylePr w:type="nwCell">
      <w:rPr>
        <w:color w:val="000000" w:themeColor="text1"/>
      </w:rPr>
    </w:tblStylePr>
  </w:style>
  <w:style w:type="table" w:styleId="ColorfulShading-Accent2">
    <w:name w:val="Colorful Shading Accent 2"/>
    <w:basedOn w:val="TableNormal"/>
    <w:uiPriority w:val="71"/>
    <w:rsid w:val="00CB0664"/>
    <w:pPr>
      <w:spacing w:after="0" w:line="240" w:lineRule="auto"/>
    </w:pPr>
    <w:rPr>
      <w:color w:val="000000" w:themeColor="text1"/>
    </w:rPr>
    <w:tblPr>
      <w:tblStyleRowBandSize w:val="1"/>
      <w:tblStyleColBandSize w:val="1"/>
      <w:tblBorders>
        <w:top w:val="single" w:sz="24" w:space="0" w:color="C0504D" w:themeColor="accent2"/>
        <w:left w:val="single" w:sz="4" w:space="0" w:color="C0504D" w:themeColor="accent2"/>
        <w:bottom w:val="single" w:sz="4" w:space="0" w:color="C0504D" w:themeColor="accent2"/>
        <w:right w:val="single" w:sz="4" w:space="0" w:color="C0504D" w:themeColor="accent2"/>
        <w:insideH w:val="single" w:sz="4" w:space="0" w:color="FFFFFF" w:themeColor="background1"/>
        <w:insideV w:val="single" w:sz="4" w:space="0" w:color="FFFFFF" w:themeColor="background1"/>
      </w:tblBorders>
    </w:tblPr>
    <w:tcPr>
      <w:shd w:val="clear" w:color="auto" w:fill="F8EDED" w:themeFill="accent2"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772C2A" w:themeFill="accent2" w:themeFillShade="99"/>
      </w:tcPr>
    </w:tblStylePr>
    <w:tblStylePr w:type="firstCol">
      <w:rPr>
        <w:color w:val="FFFFFF" w:themeColor="background1"/>
      </w:rPr>
      <w:tblPr/>
      <w:tcPr>
        <w:tcBorders>
          <w:top w:val="nil"/>
          <w:left w:val="nil"/>
          <w:bottom w:val="nil"/>
          <w:right w:val="nil"/>
          <w:insideH w:val="single" w:sz="4" w:space="0" w:color="772C2A" w:themeColor="accent2" w:themeShade="99"/>
          <w:insideV w:val="nil"/>
        </w:tcBorders>
        <w:shd w:val="clear" w:color="auto" w:fill="772C2A" w:themeFill="accent2" w:themeFillShade="99"/>
      </w:tcPr>
    </w:tblStylePr>
    <w:tblStylePr w:type="lastCol">
      <w:rPr>
        <w:color w:val="FFFFFF" w:themeColor="background1"/>
      </w:rPr>
      <w:tblPr/>
      <w:tcPr>
        <w:tcBorders>
          <w:top w:val="nil"/>
          <w:left w:val="nil"/>
          <w:bottom w:val="nil"/>
          <w:right w:val="nil"/>
          <w:insideH w:val="nil"/>
          <w:insideV w:val="nil"/>
        </w:tcBorders>
        <w:shd w:val="clear" w:color="auto" w:fill="772C2A" w:themeFill="accent2" w:themeFillShade="99"/>
      </w:tcPr>
    </w:tblStylePr>
    <w:tblStylePr w:type="band1Vert">
      <w:tblPr/>
      <w:tcPr>
        <w:shd w:val="clear" w:color="auto" w:fill="E5B8B7" w:themeFill="accent2" w:themeFillTint="66"/>
      </w:tcPr>
    </w:tblStylePr>
    <w:tblStylePr w:type="band1Horz">
      <w:tblPr/>
      <w:tcPr>
        <w:shd w:val="clear" w:color="auto" w:fill="DFA7A6" w:themeFill="accent2" w:themeFillTint="7F"/>
      </w:tcPr>
    </w:tblStylePr>
    <w:tblStylePr w:type="neCell">
      <w:rPr>
        <w:color w:val="000000" w:themeColor="text1"/>
      </w:rPr>
    </w:tblStylePr>
    <w:tblStylePr w:type="nwCell">
      <w:rPr>
        <w:color w:val="000000" w:themeColor="text1"/>
      </w:rPr>
    </w:tblStylePr>
  </w:style>
  <w:style w:type="table" w:styleId="ColorfulShading-Accent3">
    <w:name w:val="Colorful Shading Accent 3"/>
    <w:basedOn w:val="TableNormal"/>
    <w:uiPriority w:val="71"/>
    <w:rsid w:val="00CB0664"/>
    <w:pPr>
      <w:spacing w:after="0" w:line="240" w:lineRule="auto"/>
    </w:pPr>
    <w:rPr>
      <w:color w:val="000000" w:themeColor="text1"/>
    </w:rPr>
    <w:tblPr>
      <w:tblStyleRowBandSize w:val="1"/>
      <w:tblStyleColBandSize w:val="1"/>
      <w:tblBorders>
        <w:top w:val="single" w:sz="24" w:space="0" w:color="8064A2" w:themeColor="accent4"/>
        <w:left w:val="single" w:sz="4" w:space="0" w:color="9BBB59" w:themeColor="accent3"/>
        <w:bottom w:val="single" w:sz="4" w:space="0" w:color="9BBB59" w:themeColor="accent3"/>
        <w:right w:val="single" w:sz="4" w:space="0" w:color="9BBB59" w:themeColor="accent3"/>
        <w:insideH w:val="single" w:sz="4" w:space="0" w:color="FFFFFF" w:themeColor="background1"/>
        <w:insideV w:val="single" w:sz="4" w:space="0" w:color="FFFFFF" w:themeColor="background1"/>
      </w:tblBorders>
    </w:tblPr>
    <w:tcPr>
      <w:shd w:val="clear" w:color="auto" w:fill="F5F8EE" w:themeFill="accent3" w:themeFillTint="19"/>
    </w:tcPr>
    <w:tblStylePr w:type="firstRow">
      <w:rPr>
        <w:b/>
        <w:bCs/>
      </w:rPr>
      <w:tblPr/>
      <w:tcPr>
        <w:tcBorders>
          <w:top w:val="nil"/>
          <w:left w:val="nil"/>
          <w:bottom w:val="single" w:sz="24" w:space="0" w:color="8064A2" w:themeColor="accent4"/>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5E7530" w:themeFill="accent3" w:themeFillShade="99"/>
      </w:tcPr>
    </w:tblStylePr>
    <w:tblStylePr w:type="firstCol">
      <w:rPr>
        <w:color w:val="FFFFFF" w:themeColor="background1"/>
      </w:rPr>
      <w:tblPr/>
      <w:tcPr>
        <w:tcBorders>
          <w:top w:val="nil"/>
          <w:left w:val="nil"/>
          <w:bottom w:val="nil"/>
          <w:right w:val="nil"/>
          <w:insideH w:val="single" w:sz="4" w:space="0" w:color="5E7530" w:themeColor="accent3" w:themeShade="99"/>
          <w:insideV w:val="nil"/>
        </w:tcBorders>
        <w:shd w:val="clear" w:color="auto" w:fill="5E7530" w:themeFill="accent3" w:themeFillShade="99"/>
      </w:tcPr>
    </w:tblStylePr>
    <w:tblStylePr w:type="lastCol">
      <w:rPr>
        <w:color w:val="FFFFFF" w:themeColor="background1"/>
      </w:rPr>
      <w:tblPr/>
      <w:tcPr>
        <w:tcBorders>
          <w:top w:val="nil"/>
          <w:left w:val="nil"/>
          <w:bottom w:val="nil"/>
          <w:right w:val="nil"/>
          <w:insideH w:val="nil"/>
          <w:insideV w:val="nil"/>
        </w:tcBorders>
        <w:shd w:val="clear" w:color="auto" w:fill="5E7530" w:themeFill="accent3" w:themeFillShade="99"/>
      </w:tcPr>
    </w:tblStylePr>
    <w:tblStylePr w:type="band1Vert">
      <w:tblPr/>
      <w:tcPr>
        <w:shd w:val="clear" w:color="auto" w:fill="D6E3BC" w:themeFill="accent3" w:themeFillTint="66"/>
      </w:tcPr>
    </w:tblStylePr>
    <w:tblStylePr w:type="band1Horz">
      <w:tblPr/>
      <w:tcPr>
        <w:shd w:val="clear" w:color="auto" w:fill="CDDDAC" w:themeFill="accent3" w:themeFillTint="7F"/>
      </w:tcPr>
    </w:tblStylePr>
  </w:style>
  <w:style w:type="table" w:styleId="ColorfulShading-Accent4">
    <w:name w:val="Colorful Shading Accent 4"/>
    <w:basedOn w:val="TableNormal"/>
    <w:uiPriority w:val="71"/>
    <w:rsid w:val="00CB0664"/>
    <w:pPr>
      <w:spacing w:after="0" w:line="240" w:lineRule="auto"/>
    </w:pPr>
    <w:rPr>
      <w:color w:val="000000" w:themeColor="text1"/>
    </w:rPr>
    <w:tblPr>
      <w:tblStyleRowBandSize w:val="1"/>
      <w:tblStyleColBandSize w:val="1"/>
      <w:tblBorders>
        <w:top w:val="single" w:sz="24" w:space="0" w:color="9BBB59" w:themeColor="accent3"/>
        <w:left w:val="single" w:sz="4" w:space="0" w:color="8064A2" w:themeColor="accent4"/>
        <w:bottom w:val="single" w:sz="4" w:space="0" w:color="8064A2" w:themeColor="accent4"/>
        <w:right w:val="single" w:sz="4" w:space="0" w:color="8064A2" w:themeColor="accent4"/>
        <w:insideH w:val="single" w:sz="4" w:space="0" w:color="FFFFFF" w:themeColor="background1"/>
        <w:insideV w:val="single" w:sz="4" w:space="0" w:color="FFFFFF" w:themeColor="background1"/>
      </w:tblBorders>
    </w:tblPr>
    <w:tcPr>
      <w:shd w:val="clear" w:color="auto" w:fill="F2EFF6" w:themeFill="accent4" w:themeFillTint="19"/>
    </w:tcPr>
    <w:tblStylePr w:type="firstRow">
      <w:rPr>
        <w:b/>
        <w:bCs/>
      </w:rPr>
      <w:tblPr/>
      <w:tcPr>
        <w:tcBorders>
          <w:top w:val="nil"/>
          <w:left w:val="nil"/>
          <w:bottom w:val="single" w:sz="24" w:space="0" w:color="9BBB59" w:themeColor="accent3"/>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4C3B62" w:themeFill="accent4" w:themeFillShade="99"/>
      </w:tcPr>
    </w:tblStylePr>
    <w:tblStylePr w:type="firstCol">
      <w:rPr>
        <w:color w:val="FFFFFF" w:themeColor="background1"/>
      </w:rPr>
      <w:tblPr/>
      <w:tcPr>
        <w:tcBorders>
          <w:top w:val="nil"/>
          <w:left w:val="nil"/>
          <w:bottom w:val="nil"/>
          <w:right w:val="nil"/>
          <w:insideH w:val="single" w:sz="4" w:space="0" w:color="4C3B62" w:themeColor="accent4" w:themeShade="99"/>
          <w:insideV w:val="nil"/>
        </w:tcBorders>
        <w:shd w:val="clear" w:color="auto" w:fill="4C3B62" w:themeFill="accent4" w:themeFillShade="99"/>
      </w:tcPr>
    </w:tblStylePr>
    <w:tblStylePr w:type="lastCol">
      <w:rPr>
        <w:color w:val="FFFFFF" w:themeColor="background1"/>
      </w:rPr>
      <w:tblPr/>
      <w:tcPr>
        <w:tcBorders>
          <w:top w:val="nil"/>
          <w:left w:val="nil"/>
          <w:bottom w:val="nil"/>
          <w:right w:val="nil"/>
          <w:insideH w:val="nil"/>
          <w:insideV w:val="nil"/>
        </w:tcBorders>
        <w:shd w:val="clear" w:color="auto" w:fill="4C3B62" w:themeFill="accent4" w:themeFillShade="99"/>
      </w:tcPr>
    </w:tblStylePr>
    <w:tblStylePr w:type="band1Vert">
      <w:tblPr/>
      <w:tcPr>
        <w:shd w:val="clear" w:color="auto" w:fill="CCC0D9" w:themeFill="accent4" w:themeFillTint="66"/>
      </w:tcPr>
    </w:tblStylePr>
    <w:tblStylePr w:type="band1Horz">
      <w:tblPr/>
      <w:tcPr>
        <w:shd w:val="clear" w:color="auto" w:fill="BFB1D0" w:themeFill="accent4" w:themeFillTint="7F"/>
      </w:tcPr>
    </w:tblStylePr>
    <w:tblStylePr w:type="neCell">
      <w:rPr>
        <w:color w:val="000000" w:themeColor="text1"/>
      </w:rPr>
    </w:tblStylePr>
    <w:tblStylePr w:type="nwCell">
      <w:rPr>
        <w:color w:val="000000" w:themeColor="text1"/>
      </w:rPr>
    </w:tblStylePr>
  </w:style>
  <w:style w:type="table" w:styleId="ColorfulShading-Accent5">
    <w:name w:val="Colorful Shading Accent 5"/>
    <w:basedOn w:val="TableNormal"/>
    <w:uiPriority w:val="71"/>
    <w:rsid w:val="00CB0664"/>
    <w:pPr>
      <w:spacing w:after="0" w:line="240" w:lineRule="auto"/>
    </w:pPr>
    <w:rPr>
      <w:color w:val="000000" w:themeColor="text1"/>
    </w:rPr>
    <w:tblPr>
      <w:tblStyleRowBandSize w:val="1"/>
      <w:tblStyleColBandSize w:val="1"/>
      <w:tblBorders>
        <w:top w:val="single" w:sz="24" w:space="0" w:color="F79646" w:themeColor="accent6"/>
        <w:left w:val="single" w:sz="4" w:space="0" w:color="4BACC6" w:themeColor="accent5"/>
        <w:bottom w:val="single" w:sz="4" w:space="0" w:color="4BACC6" w:themeColor="accent5"/>
        <w:right w:val="single" w:sz="4" w:space="0" w:color="4BACC6" w:themeColor="accent5"/>
        <w:insideH w:val="single" w:sz="4" w:space="0" w:color="FFFFFF" w:themeColor="background1"/>
        <w:insideV w:val="single" w:sz="4" w:space="0" w:color="FFFFFF" w:themeColor="background1"/>
      </w:tblBorders>
    </w:tblPr>
    <w:tcPr>
      <w:shd w:val="clear" w:color="auto" w:fill="EDF6F9" w:themeFill="accent5" w:themeFillTint="19"/>
    </w:tcPr>
    <w:tblStylePr w:type="firstRow">
      <w:rPr>
        <w:b/>
        <w:bCs/>
      </w:rPr>
      <w:tblPr/>
      <w:tcPr>
        <w:tcBorders>
          <w:top w:val="nil"/>
          <w:left w:val="nil"/>
          <w:bottom w:val="single" w:sz="24" w:space="0" w:color="F79646" w:themeColor="accent6"/>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76A7C" w:themeFill="accent5" w:themeFillShade="99"/>
      </w:tcPr>
    </w:tblStylePr>
    <w:tblStylePr w:type="firstCol">
      <w:rPr>
        <w:color w:val="FFFFFF" w:themeColor="background1"/>
      </w:rPr>
      <w:tblPr/>
      <w:tcPr>
        <w:tcBorders>
          <w:top w:val="nil"/>
          <w:left w:val="nil"/>
          <w:bottom w:val="nil"/>
          <w:right w:val="nil"/>
          <w:insideH w:val="single" w:sz="4" w:space="0" w:color="276A7C" w:themeColor="accent5" w:themeShade="99"/>
          <w:insideV w:val="nil"/>
        </w:tcBorders>
        <w:shd w:val="clear" w:color="auto" w:fill="276A7C" w:themeFill="accent5" w:themeFillShade="99"/>
      </w:tcPr>
    </w:tblStylePr>
    <w:tblStylePr w:type="lastCol">
      <w:rPr>
        <w:color w:val="FFFFFF" w:themeColor="background1"/>
      </w:rPr>
      <w:tblPr/>
      <w:tcPr>
        <w:tcBorders>
          <w:top w:val="nil"/>
          <w:left w:val="nil"/>
          <w:bottom w:val="nil"/>
          <w:right w:val="nil"/>
          <w:insideH w:val="nil"/>
          <w:insideV w:val="nil"/>
        </w:tcBorders>
        <w:shd w:val="clear" w:color="auto" w:fill="276A7C" w:themeFill="accent5" w:themeFillShade="99"/>
      </w:tcPr>
    </w:tblStylePr>
    <w:tblStylePr w:type="band1Vert">
      <w:tblPr/>
      <w:tcPr>
        <w:shd w:val="clear" w:color="auto" w:fill="B6DDE8" w:themeFill="accent5" w:themeFillTint="66"/>
      </w:tcPr>
    </w:tblStylePr>
    <w:tblStylePr w:type="band1Horz">
      <w:tblPr/>
      <w:tcPr>
        <w:shd w:val="clear" w:color="auto" w:fill="A5D5E2" w:themeFill="accent5" w:themeFillTint="7F"/>
      </w:tcPr>
    </w:tblStylePr>
    <w:tblStylePr w:type="neCell">
      <w:rPr>
        <w:color w:val="000000" w:themeColor="text1"/>
      </w:rPr>
    </w:tblStylePr>
    <w:tblStylePr w:type="nwCell">
      <w:rPr>
        <w:color w:val="000000" w:themeColor="text1"/>
      </w:rPr>
    </w:tblStylePr>
  </w:style>
  <w:style w:type="table" w:styleId="ColorfulShading-Accent6">
    <w:name w:val="Colorful Shading Accent 6"/>
    <w:basedOn w:val="TableNormal"/>
    <w:uiPriority w:val="71"/>
    <w:rsid w:val="00CB0664"/>
    <w:pPr>
      <w:spacing w:after="0" w:line="240" w:lineRule="auto"/>
    </w:pPr>
    <w:rPr>
      <w:color w:val="000000" w:themeColor="text1"/>
    </w:rPr>
    <w:tblPr>
      <w:tblStyleRowBandSize w:val="1"/>
      <w:tblStyleColBandSize w:val="1"/>
      <w:tblBorders>
        <w:top w:val="single" w:sz="24" w:space="0" w:color="4BACC6" w:themeColor="accent5"/>
        <w:left w:val="single" w:sz="4" w:space="0" w:color="F79646" w:themeColor="accent6"/>
        <w:bottom w:val="single" w:sz="4" w:space="0" w:color="F79646" w:themeColor="accent6"/>
        <w:right w:val="single" w:sz="4" w:space="0" w:color="F79646" w:themeColor="accent6"/>
        <w:insideH w:val="single" w:sz="4" w:space="0" w:color="FFFFFF" w:themeColor="background1"/>
        <w:insideV w:val="single" w:sz="4" w:space="0" w:color="FFFFFF" w:themeColor="background1"/>
      </w:tblBorders>
    </w:tblPr>
    <w:tcPr>
      <w:shd w:val="clear" w:color="auto" w:fill="FEF4EC" w:themeFill="accent6" w:themeFillTint="19"/>
    </w:tcPr>
    <w:tblStylePr w:type="firstRow">
      <w:rPr>
        <w:b/>
        <w:bCs/>
      </w:rPr>
      <w:tblPr/>
      <w:tcPr>
        <w:tcBorders>
          <w:top w:val="nil"/>
          <w:left w:val="nil"/>
          <w:bottom w:val="single" w:sz="24" w:space="0" w:color="4BACC6" w:themeColor="accent5"/>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B65608" w:themeFill="accent6" w:themeFillShade="99"/>
      </w:tcPr>
    </w:tblStylePr>
    <w:tblStylePr w:type="firstCol">
      <w:rPr>
        <w:color w:val="FFFFFF" w:themeColor="background1"/>
      </w:rPr>
      <w:tblPr/>
      <w:tcPr>
        <w:tcBorders>
          <w:top w:val="nil"/>
          <w:left w:val="nil"/>
          <w:bottom w:val="nil"/>
          <w:right w:val="nil"/>
          <w:insideH w:val="single" w:sz="4" w:space="0" w:color="B65608" w:themeColor="accent6" w:themeShade="99"/>
          <w:insideV w:val="nil"/>
        </w:tcBorders>
        <w:shd w:val="clear" w:color="auto" w:fill="B65608" w:themeFill="accent6" w:themeFillShade="99"/>
      </w:tcPr>
    </w:tblStylePr>
    <w:tblStylePr w:type="lastCol">
      <w:rPr>
        <w:color w:val="FFFFFF" w:themeColor="background1"/>
      </w:rPr>
      <w:tblPr/>
      <w:tcPr>
        <w:tcBorders>
          <w:top w:val="nil"/>
          <w:left w:val="nil"/>
          <w:bottom w:val="nil"/>
          <w:right w:val="nil"/>
          <w:insideH w:val="nil"/>
          <w:insideV w:val="nil"/>
        </w:tcBorders>
        <w:shd w:val="clear" w:color="auto" w:fill="B65608" w:themeFill="accent6" w:themeFillShade="99"/>
      </w:tcPr>
    </w:tblStylePr>
    <w:tblStylePr w:type="band1Vert">
      <w:tblPr/>
      <w:tcPr>
        <w:shd w:val="clear" w:color="auto" w:fill="FBD4B4" w:themeFill="accent6" w:themeFillTint="66"/>
      </w:tcPr>
    </w:tblStylePr>
    <w:tblStylePr w:type="band1Horz">
      <w:tblPr/>
      <w:tcPr>
        <w:shd w:val="clear" w:color="auto" w:fill="FBCAA2" w:themeFill="accent6" w:themeFillTint="7F"/>
      </w:tcPr>
    </w:tblStylePr>
    <w:tblStylePr w:type="neCell">
      <w:rPr>
        <w:color w:val="000000" w:themeColor="text1"/>
      </w:rPr>
    </w:tblStylePr>
    <w:tblStylePr w:type="nwCell">
      <w:rPr>
        <w:color w:val="000000" w:themeColor="text1"/>
      </w:rPr>
    </w:tblStylePr>
  </w:style>
  <w:style w:type="table" w:styleId="ColorfulList">
    <w:name w:val="Colorful List"/>
    <w:basedOn w:val="TableNormal"/>
    <w:uiPriority w:val="72"/>
    <w:rsid w:val="00CB0664"/>
    <w:pPr>
      <w:spacing w:after="0" w:line="240" w:lineRule="auto"/>
    </w:pPr>
    <w:rPr>
      <w:color w:val="000000" w:themeColor="text1"/>
    </w:rPr>
    <w:tblPr>
      <w:tblStyleRowBandSize w:val="1"/>
      <w:tblStyleColBandSize w:val="1"/>
    </w:tblPr>
    <w:tcPr>
      <w:shd w:val="clear" w:color="auto" w:fill="E6E6E6" w:themeFill="text1"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C0C0C0" w:themeFill="text1" w:themeFillTint="3F"/>
      </w:tcPr>
    </w:tblStylePr>
    <w:tblStylePr w:type="band1Horz">
      <w:tblPr/>
      <w:tcPr>
        <w:shd w:val="clear" w:color="auto" w:fill="CCCCCC" w:themeFill="text1" w:themeFillTint="33"/>
      </w:tcPr>
    </w:tblStylePr>
  </w:style>
  <w:style w:type="table" w:styleId="ColorfulList-Accent1">
    <w:name w:val="Colorful List Accent 1"/>
    <w:basedOn w:val="TableNormal"/>
    <w:uiPriority w:val="72"/>
    <w:rsid w:val="00CB0664"/>
    <w:pPr>
      <w:spacing w:after="0" w:line="240" w:lineRule="auto"/>
    </w:pPr>
    <w:rPr>
      <w:color w:val="000000" w:themeColor="text1"/>
    </w:rPr>
    <w:tblPr>
      <w:tblStyleRowBandSize w:val="1"/>
      <w:tblStyleColBandSize w:val="1"/>
    </w:tblPr>
    <w:tcPr>
      <w:shd w:val="clear" w:color="auto" w:fill="EDF2F8" w:themeFill="accent1"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3DFEE" w:themeFill="accent1" w:themeFillTint="3F"/>
      </w:tcPr>
    </w:tblStylePr>
    <w:tblStylePr w:type="band1Horz">
      <w:tblPr/>
      <w:tcPr>
        <w:shd w:val="clear" w:color="auto" w:fill="DBE5F1" w:themeFill="accent1" w:themeFillTint="33"/>
      </w:tcPr>
    </w:tblStylePr>
  </w:style>
  <w:style w:type="table" w:styleId="ColorfulList-Accent2">
    <w:name w:val="Colorful List Accent 2"/>
    <w:basedOn w:val="TableNormal"/>
    <w:uiPriority w:val="72"/>
    <w:rsid w:val="00CB0664"/>
    <w:pPr>
      <w:spacing w:after="0" w:line="240" w:lineRule="auto"/>
    </w:pPr>
    <w:rPr>
      <w:color w:val="000000" w:themeColor="text1"/>
    </w:rPr>
    <w:tblPr>
      <w:tblStyleRowBandSize w:val="1"/>
      <w:tblStyleColBandSize w:val="1"/>
    </w:tblPr>
    <w:tcPr>
      <w:shd w:val="clear" w:color="auto" w:fill="F8EDED" w:themeFill="accent2"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FD3D2" w:themeFill="accent2" w:themeFillTint="3F"/>
      </w:tcPr>
    </w:tblStylePr>
    <w:tblStylePr w:type="band1Horz">
      <w:tblPr/>
      <w:tcPr>
        <w:shd w:val="clear" w:color="auto" w:fill="F2DBDB" w:themeFill="accent2" w:themeFillTint="33"/>
      </w:tcPr>
    </w:tblStylePr>
  </w:style>
  <w:style w:type="table" w:styleId="ColorfulList-Accent3">
    <w:name w:val="Colorful List Accent 3"/>
    <w:basedOn w:val="TableNormal"/>
    <w:uiPriority w:val="72"/>
    <w:rsid w:val="00CB0664"/>
    <w:pPr>
      <w:spacing w:after="0" w:line="240" w:lineRule="auto"/>
    </w:pPr>
    <w:rPr>
      <w:color w:val="000000" w:themeColor="text1"/>
    </w:rPr>
    <w:tblPr>
      <w:tblStyleRowBandSize w:val="1"/>
      <w:tblStyleColBandSize w:val="1"/>
    </w:tblPr>
    <w:tcPr>
      <w:shd w:val="clear" w:color="auto" w:fill="F5F8EE" w:themeFill="accent3" w:themeFillTint="19"/>
    </w:tcPr>
    <w:tblStylePr w:type="firstRow">
      <w:rPr>
        <w:b/>
        <w:bCs/>
        <w:color w:val="FFFFFF" w:themeColor="background1"/>
      </w:rPr>
      <w:tblPr/>
      <w:tcPr>
        <w:tcBorders>
          <w:bottom w:val="single" w:sz="12" w:space="0" w:color="FFFFFF" w:themeColor="background1"/>
        </w:tcBorders>
        <w:shd w:val="clear" w:color="auto" w:fill="664E82" w:themeFill="accent4" w:themeFillShade="CC"/>
      </w:tcPr>
    </w:tblStylePr>
    <w:tblStylePr w:type="lastRow">
      <w:rPr>
        <w:b/>
        <w:bCs/>
        <w:color w:val="664E82" w:themeColor="accent4"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6EED5" w:themeFill="accent3" w:themeFillTint="3F"/>
      </w:tcPr>
    </w:tblStylePr>
    <w:tblStylePr w:type="band1Horz">
      <w:tblPr/>
      <w:tcPr>
        <w:shd w:val="clear" w:color="auto" w:fill="EAF1DD" w:themeFill="accent3" w:themeFillTint="33"/>
      </w:tcPr>
    </w:tblStylePr>
  </w:style>
  <w:style w:type="table" w:styleId="ColorfulList-Accent4">
    <w:name w:val="Colorful List Accent 4"/>
    <w:basedOn w:val="TableNormal"/>
    <w:uiPriority w:val="72"/>
    <w:rsid w:val="00CB0664"/>
    <w:pPr>
      <w:spacing w:after="0" w:line="240" w:lineRule="auto"/>
    </w:pPr>
    <w:rPr>
      <w:color w:val="000000" w:themeColor="text1"/>
    </w:rPr>
    <w:tblPr>
      <w:tblStyleRowBandSize w:val="1"/>
      <w:tblStyleColBandSize w:val="1"/>
    </w:tblPr>
    <w:tcPr>
      <w:shd w:val="clear" w:color="auto" w:fill="F2EFF6" w:themeFill="accent4" w:themeFillTint="19"/>
    </w:tcPr>
    <w:tblStylePr w:type="firstRow">
      <w:rPr>
        <w:b/>
        <w:bCs/>
        <w:color w:val="FFFFFF" w:themeColor="background1"/>
      </w:rPr>
      <w:tblPr/>
      <w:tcPr>
        <w:tcBorders>
          <w:bottom w:val="single" w:sz="12" w:space="0" w:color="FFFFFF" w:themeColor="background1"/>
        </w:tcBorders>
        <w:shd w:val="clear" w:color="auto" w:fill="7E9C40" w:themeFill="accent3" w:themeFillShade="CC"/>
      </w:tcPr>
    </w:tblStylePr>
    <w:tblStylePr w:type="lastRow">
      <w:rPr>
        <w:b/>
        <w:bCs/>
        <w:color w:val="7E9C40" w:themeColor="accent3"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FD8E8" w:themeFill="accent4" w:themeFillTint="3F"/>
      </w:tcPr>
    </w:tblStylePr>
    <w:tblStylePr w:type="band1Horz">
      <w:tblPr/>
      <w:tcPr>
        <w:shd w:val="clear" w:color="auto" w:fill="E5DFEC" w:themeFill="accent4" w:themeFillTint="33"/>
      </w:tcPr>
    </w:tblStylePr>
  </w:style>
  <w:style w:type="table" w:styleId="ColorfulList-Accent5">
    <w:name w:val="Colorful List Accent 5"/>
    <w:basedOn w:val="TableNormal"/>
    <w:uiPriority w:val="72"/>
    <w:rsid w:val="00CB0664"/>
    <w:pPr>
      <w:spacing w:after="0" w:line="240" w:lineRule="auto"/>
    </w:pPr>
    <w:rPr>
      <w:color w:val="000000" w:themeColor="text1"/>
    </w:rPr>
    <w:tblPr>
      <w:tblStyleRowBandSize w:val="1"/>
      <w:tblStyleColBandSize w:val="1"/>
    </w:tblPr>
    <w:tcPr>
      <w:shd w:val="clear" w:color="auto" w:fill="EDF6F9" w:themeFill="accent5" w:themeFillTint="19"/>
    </w:tcPr>
    <w:tblStylePr w:type="firstRow">
      <w:rPr>
        <w:b/>
        <w:bCs/>
        <w:color w:val="FFFFFF" w:themeColor="background1"/>
      </w:rPr>
      <w:tblPr/>
      <w:tcPr>
        <w:tcBorders>
          <w:bottom w:val="single" w:sz="12" w:space="0" w:color="FFFFFF" w:themeColor="background1"/>
        </w:tcBorders>
        <w:shd w:val="clear" w:color="auto" w:fill="F2730A" w:themeFill="accent6" w:themeFillShade="CC"/>
      </w:tcPr>
    </w:tblStylePr>
    <w:tblStylePr w:type="lastRow">
      <w:rPr>
        <w:b/>
        <w:bCs/>
        <w:color w:val="F2730A" w:themeColor="accent6"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2EAF1" w:themeFill="accent5" w:themeFillTint="3F"/>
      </w:tcPr>
    </w:tblStylePr>
    <w:tblStylePr w:type="band1Horz">
      <w:tblPr/>
      <w:tcPr>
        <w:shd w:val="clear" w:color="auto" w:fill="DAEEF3" w:themeFill="accent5" w:themeFillTint="33"/>
      </w:tcPr>
    </w:tblStylePr>
  </w:style>
  <w:style w:type="table" w:styleId="ColorfulList-Accent6">
    <w:name w:val="Colorful List Accent 6"/>
    <w:basedOn w:val="TableNormal"/>
    <w:uiPriority w:val="72"/>
    <w:rsid w:val="00CB0664"/>
    <w:pPr>
      <w:spacing w:after="0" w:line="240" w:lineRule="auto"/>
    </w:pPr>
    <w:rPr>
      <w:color w:val="000000" w:themeColor="text1"/>
    </w:rPr>
    <w:tblPr>
      <w:tblStyleRowBandSize w:val="1"/>
      <w:tblStyleColBandSize w:val="1"/>
    </w:tblPr>
    <w:tcPr>
      <w:shd w:val="clear" w:color="auto" w:fill="FEF4EC" w:themeFill="accent6" w:themeFillTint="19"/>
    </w:tcPr>
    <w:tblStylePr w:type="firstRow">
      <w:rPr>
        <w:b/>
        <w:bCs/>
        <w:color w:val="FFFFFF" w:themeColor="background1"/>
      </w:rPr>
      <w:tblPr/>
      <w:tcPr>
        <w:tcBorders>
          <w:bottom w:val="single" w:sz="12" w:space="0" w:color="FFFFFF" w:themeColor="background1"/>
        </w:tcBorders>
        <w:shd w:val="clear" w:color="auto" w:fill="348DA5" w:themeFill="accent5" w:themeFillShade="CC"/>
      </w:tcPr>
    </w:tblStylePr>
    <w:tblStylePr w:type="lastRow">
      <w:rPr>
        <w:b/>
        <w:bCs/>
        <w:color w:val="348DA5" w:themeColor="accent5"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FDE4D0" w:themeFill="accent6" w:themeFillTint="3F"/>
      </w:tcPr>
    </w:tblStylePr>
    <w:tblStylePr w:type="band1Horz">
      <w:tblPr/>
      <w:tcPr>
        <w:shd w:val="clear" w:color="auto" w:fill="FDE9D9" w:themeFill="accent6" w:themeFillTint="33"/>
      </w:tcPr>
    </w:tblStylePr>
  </w:style>
  <w:style w:type="table" w:styleId="ColorfulGrid">
    <w:name w:val="Colorful Grid"/>
    <w:basedOn w:val="TableNormal"/>
    <w:uiPriority w:val="73"/>
    <w:rsid w:val="00CB0664"/>
    <w:pPr>
      <w:spacing w:after="0" w:line="240" w:lineRule="auto"/>
    </w:pPr>
    <w:rPr>
      <w:color w:val="000000" w:themeColor="text1"/>
    </w:rPr>
    <w:tblPr>
      <w:tblStyleRowBandSize w:val="1"/>
      <w:tblStyleColBandSize w:val="1"/>
      <w:tblBorders>
        <w:insideH w:val="single" w:sz="4" w:space="0" w:color="FFFFFF" w:themeColor="background1"/>
      </w:tblBorders>
    </w:tblPr>
    <w:tcPr>
      <w:shd w:val="clear" w:color="auto" w:fill="CCCCCC" w:themeFill="text1" w:themeFillTint="33"/>
    </w:tcPr>
    <w:tblStylePr w:type="firstRow">
      <w:rPr>
        <w:b/>
        <w:bCs/>
      </w:rPr>
      <w:tblPr/>
      <w:tcPr>
        <w:shd w:val="clear" w:color="auto" w:fill="999999" w:themeFill="text1" w:themeFillTint="66"/>
      </w:tcPr>
    </w:tblStylePr>
    <w:tblStylePr w:type="lastRow">
      <w:rPr>
        <w:b/>
        <w:bCs/>
        <w:color w:val="000000" w:themeColor="text1"/>
      </w:rPr>
      <w:tblPr/>
      <w:tcPr>
        <w:shd w:val="clear" w:color="auto" w:fill="999999" w:themeFill="text1" w:themeFillTint="66"/>
      </w:tcPr>
    </w:tblStylePr>
    <w:tblStylePr w:type="firstCol">
      <w:rPr>
        <w:color w:val="FFFFFF" w:themeColor="background1"/>
      </w:rPr>
      <w:tblPr/>
      <w:tcPr>
        <w:shd w:val="clear" w:color="auto" w:fill="000000" w:themeFill="text1" w:themeFillShade="BF"/>
      </w:tcPr>
    </w:tblStylePr>
    <w:tblStylePr w:type="lastCol">
      <w:rPr>
        <w:color w:val="FFFFFF" w:themeColor="background1"/>
      </w:rPr>
      <w:tblPr/>
      <w:tcPr>
        <w:shd w:val="clear" w:color="auto" w:fill="000000" w:themeFill="text1" w:themeFillShade="BF"/>
      </w:tc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ColorfulGrid-Accent1">
    <w:name w:val="Colorful Grid Accent 1"/>
    <w:basedOn w:val="TableNormal"/>
    <w:uiPriority w:val="73"/>
    <w:rsid w:val="00CB0664"/>
    <w:pPr>
      <w:spacing w:after="0" w:line="240" w:lineRule="auto"/>
    </w:pPr>
    <w:rPr>
      <w:color w:val="000000" w:themeColor="text1"/>
    </w:rPr>
    <w:tblPr>
      <w:tblStyleRowBandSize w:val="1"/>
      <w:tblStyleColBandSize w:val="1"/>
      <w:tblBorders>
        <w:insideH w:val="single" w:sz="4" w:space="0" w:color="FFFFFF" w:themeColor="background1"/>
      </w:tblBorders>
    </w:tblPr>
    <w:tcPr>
      <w:shd w:val="clear" w:color="auto" w:fill="DBE5F1" w:themeFill="accent1" w:themeFillTint="33"/>
    </w:tcPr>
    <w:tblStylePr w:type="firstRow">
      <w:rPr>
        <w:b/>
        <w:bCs/>
      </w:rPr>
      <w:tblPr/>
      <w:tcPr>
        <w:shd w:val="clear" w:color="auto" w:fill="B8CCE4" w:themeFill="accent1" w:themeFillTint="66"/>
      </w:tcPr>
    </w:tblStylePr>
    <w:tblStylePr w:type="lastRow">
      <w:rPr>
        <w:b/>
        <w:bCs/>
        <w:color w:val="000000" w:themeColor="text1"/>
      </w:rPr>
      <w:tblPr/>
      <w:tcPr>
        <w:shd w:val="clear" w:color="auto" w:fill="B8CCE4" w:themeFill="accent1" w:themeFillTint="66"/>
      </w:tcPr>
    </w:tblStylePr>
    <w:tblStylePr w:type="firstCol">
      <w:rPr>
        <w:color w:val="FFFFFF" w:themeColor="background1"/>
      </w:rPr>
      <w:tblPr/>
      <w:tcPr>
        <w:shd w:val="clear" w:color="auto" w:fill="365F91" w:themeFill="accent1" w:themeFillShade="BF"/>
      </w:tcPr>
    </w:tblStylePr>
    <w:tblStylePr w:type="lastCol">
      <w:rPr>
        <w:color w:val="FFFFFF" w:themeColor="background1"/>
      </w:rPr>
      <w:tblPr/>
      <w:tcPr>
        <w:shd w:val="clear" w:color="auto" w:fill="365F91" w:themeFill="accent1" w:themeFillShade="BF"/>
      </w:tcPr>
    </w:tblStylePr>
    <w:tblStylePr w:type="band1Vert">
      <w:tblPr/>
      <w:tcPr>
        <w:shd w:val="clear" w:color="auto" w:fill="A7BFDE" w:themeFill="accent1" w:themeFillTint="7F"/>
      </w:tcPr>
    </w:tblStylePr>
    <w:tblStylePr w:type="band1Horz">
      <w:tblPr/>
      <w:tcPr>
        <w:shd w:val="clear" w:color="auto" w:fill="A7BFDE" w:themeFill="accent1" w:themeFillTint="7F"/>
      </w:tcPr>
    </w:tblStylePr>
  </w:style>
  <w:style w:type="table" w:styleId="ColorfulGrid-Accent2">
    <w:name w:val="Colorful Grid Accent 2"/>
    <w:basedOn w:val="TableNormal"/>
    <w:uiPriority w:val="73"/>
    <w:rsid w:val="00CB0664"/>
    <w:pPr>
      <w:spacing w:after="0" w:line="240" w:lineRule="auto"/>
    </w:pPr>
    <w:rPr>
      <w:color w:val="000000" w:themeColor="text1"/>
    </w:rPr>
    <w:tblPr>
      <w:tblStyleRowBandSize w:val="1"/>
      <w:tblStyleColBandSize w:val="1"/>
      <w:tblBorders>
        <w:insideH w:val="single" w:sz="4" w:space="0" w:color="FFFFFF" w:themeColor="background1"/>
      </w:tblBorders>
    </w:tblPr>
    <w:tcPr>
      <w:shd w:val="clear" w:color="auto" w:fill="F2DBDB" w:themeFill="accent2" w:themeFillTint="33"/>
    </w:tcPr>
    <w:tblStylePr w:type="firstRow">
      <w:rPr>
        <w:b/>
        <w:bCs/>
      </w:rPr>
      <w:tblPr/>
      <w:tcPr>
        <w:shd w:val="clear" w:color="auto" w:fill="E5B8B7" w:themeFill="accent2" w:themeFillTint="66"/>
      </w:tcPr>
    </w:tblStylePr>
    <w:tblStylePr w:type="lastRow">
      <w:rPr>
        <w:b/>
        <w:bCs/>
        <w:color w:val="000000" w:themeColor="text1"/>
      </w:rPr>
      <w:tblPr/>
      <w:tcPr>
        <w:shd w:val="clear" w:color="auto" w:fill="E5B8B7" w:themeFill="accent2" w:themeFillTint="66"/>
      </w:tcPr>
    </w:tblStylePr>
    <w:tblStylePr w:type="firstCol">
      <w:rPr>
        <w:color w:val="FFFFFF" w:themeColor="background1"/>
      </w:rPr>
      <w:tblPr/>
      <w:tcPr>
        <w:shd w:val="clear" w:color="auto" w:fill="943634" w:themeFill="accent2" w:themeFillShade="BF"/>
      </w:tcPr>
    </w:tblStylePr>
    <w:tblStylePr w:type="lastCol">
      <w:rPr>
        <w:color w:val="FFFFFF" w:themeColor="background1"/>
      </w:rPr>
      <w:tblPr/>
      <w:tcPr>
        <w:shd w:val="clear" w:color="auto" w:fill="943634" w:themeFill="accent2" w:themeFillShade="BF"/>
      </w:tcPr>
    </w:tblStylePr>
    <w:tblStylePr w:type="band1Vert">
      <w:tblPr/>
      <w:tcPr>
        <w:shd w:val="clear" w:color="auto" w:fill="DFA7A6" w:themeFill="accent2" w:themeFillTint="7F"/>
      </w:tcPr>
    </w:tblStylePr>
    <w:tblStylePr w:type="band1Horz">
      <w:tblPr/>
      <w:tcPr>
        <w:shd w:val="clear" w:color="auto" w:fill="DFA7A6" w:themeFill="accent2" w:themeFillTint="7F"/>
      </w:tcPr>
    </w:tblStylePr>
  </w:style>
  <w:style w:type="table" w:styleId="ColorfulGrid-Accent3">
    <w:name w:val="Colorful Grid Accent 3"/>
    <w:basedOn w:val="TableNormal"/>
    <w:uiPriority w:val="73"/>
    <w:rsid w:val="00CB0664"/>
    <w:pPr>
      <w:spacing w:after="0" w:line="240" w:lineRule="auto"/>
    </w:pPr>
    <w:rPr>
      <w:color w:val="000000" w:themeColor="text1"/>
    </w:rPr>
    <w:tblPr>
      <w:tblStyleRowBandSize w:val="1"/>
      <w:tblStyleColBandSize w:val="1"/>
      <w:tblBorders>
        <w:insideH w:val="single" w:sz="4" w:space="0" w:color="FFFFFF" w:themeColor="background1"/>
      </w:tblBorders>
    </w:tblPr>
    <w:tcPr>
      <w:shd w:val="clear" w:color="auto" w:fill="EAF1DD" w:themeFill="accent3" w:themeFillTint="33"/>
    </w:tcPr>
    <w:tblStylePr w:type="firstRow">
      <w:rPr>
        <w:b/>
        <w:bCs/>
      </w:rPr>
      <w:tblPr/>
      <w:tcPr>
        <w:shd w:val="clear" w:color="auto" w:fill="D6E3BC" w:themeFill="accent3" w:themeFillTint="66"/>
      </w:tcPr>
    </w:tblStylePr>
    <w:tblStylePr w:type="lastRow">
      <w:rPr>
        <w:b/>
        <w:bCs/>
        <w:color w:val="000000" w:themeColor="text1"/>
      </w:rPr>
      <w:tblPr/>
      <w:tcPr>
        <w:shd w:val="clear" w:color="auto" w:fill="D6E3BC" w:themeFill="accent3" w:themeFillTint="66"/>
      </w:tcPr>
    </w:tblStylePr>
    <w:tblStylePr w:type="firstCol">
      <w:rPr>
        <w:color w:val="FFFFFF" w:themeColor="background1"/>
      </w:rPr>
      <w:tblPr/>
      <w:tcPr>
        <w:shd w:val="clear" w:color="auto" w:fill="76923C" w:themeFill="accent3" w:themeFillShade="BF"/>
      </w:tcPr>
    </w:tblStylePr>
    <w:tblStylePr w:type="lastCol">
      <w:rPr>
        <w:color w:val="FFFFFF" w:themeColor="background1"/>
      </w:rPr>
      <w:tblPr/>
      <w:tcPr>
        <w:shd w:val="clear" w:color="auto" w:fill="76923C" w:themeFill="accent3" w:themeFillShade="BF"/>
      </w:tcPr>
    </w:tblStylePr>
    <w:tblStylePr w:type="band1Vert">
      <w:tblPr/>
      <w:tcPr>
        <w:shd w:val="clear" w:color="auto" w:fill="CDDDAC" w:themeFill="accent3" w:themeFillTint="7F"/>
      </w:tcPr>
    </w:tblStylePr>
    <w:tblStylePr w:type="band1Horz">
      <w:tblPr/>
      <w:tcPr>
        <w:shd w:val="clear" w:color="auto" w:fill="CDDDAC" w:themeFill="accent3" w:themeFillTint="7F"/>
      </w:tcPr>
    </w:tblStylePr>
  </w:style>
  <w:style w:type="table" w:styleId="ColorfulGrid-Accent4">
    <w:name w:val="Colorful Grid Accent 4"/>
    <w:basedOn w:val="TableNormal"/>
    <w:uiPriority w:val="73"/>
    <w:rsid w:val="00CB0664"/>
    <w:pPr>
      <w:spacing w:after="0" w:line="240" w:lineRule="auto"/>
    </w:pPr>
    <w:rPr>
      <w:color w:val="000000" w:themeColor="text1"/>
    </w:rPr>
    <w:tblPr>
      <w:tblStyleRowBandSize w:val="1"/>
      <w:tblStyleColBandSize w:val="1"/>
      <w:tblBorders>
        <w:insideH w:val="single" w:sz="4" w:space="0" w:color="FFFFFF" w:themeColor="background1"/>
      </w:tblBorders>
    </w:tblPr>
    <w:tcPr>
      <w:shd w:val="clear" w:color="auto" w:fill="E5DFEC" w:themeFill="accent4" w:themeFillTint="33"/>
    </w:tcPr>
    <w:tblStylePr w:type="firstRow">
      <w:rPr>
        <w:b/>
        <w:bCs/>
      </w:rPr>
      <w:tblPr/>
      <w:tcPr>
        <w:shd w:val="clear" w:color="auto" w:fill="CCC0D9" w:themeFill="accent4" w:themeFillTint="66"/>
      </w:tcPr>
    </w:tblStylePr>
    <w:tblStylePr w:type="lastRow">
      <w:rPr>
        <w:b/>
        <w:bCs/>
        <w:color w:val="000000" w:themeColor="text1"/>
      </w:rPr>
      <w:tblPr/>
      <w:tcPr>
        <w:shd w:val="clear" w:color="auto" w:fill="CCC0D9" w:themeFill="accent4" w:themeFillTint="66"/>
      </w:tcPr>
    </w:tblStylePr>
    <w:tblStylePr w:type="firstCol">
      <w:rPr>
        <w:color w:val="FFFFFF" w:themeColor="background1"/>
      </w:rPr>
      <w:tblPr/>
      <w:tcPr>
        <w:shd w:val="clear" w:color="auto" w:fill="5F497A" w:themeFill="accent4" w:themeFillShade="BF"/>
      </w:tcPr>
    </w:tblStylePr>
    <w:tblStylePr w:type="lastCol">
      <w:rPr>
        <w:color w:val="FFFFFF" w:themeColor="background1"/>
      </w:rPr>
      <w:tblPr/>
      <w:tcPr>
        <w:shd w:val="clear" w:color="auto" w:fill="5F497A" w:themeFill="accent4" w:themeFillShade="BF"/>
      </w:tcPr>
    </w:tblStylePr>
    <w:tblStylePr w:type="band1Vert">
      <w:tblPr/>
      <w:tcPr>
        <w:shd w:val="clear" w:color="auto" w:fill="BFB1D0" w:themeFill="accent4" w:themeFillTint="7F"/>
      </w:tcPr>
    </w:tblStylePr>
    <w:tblStylePr w:type="band1Horz">
      <w:tblPr/>
      <w:tcPr>
        <w:shd w:val="clear" w:color="auto" w:fill="BFB1D0" w:themeFill="accent4" w:themeFillTint="7F"/>
      </w:tcPr>
    </w:tblStylePr>
  </w:style>
  <w:style w:type="table" w:styleId="ColorfulGrid-Accent5">
    <w:name w:val="Colorful Grid Accent 5"/>
    <w:basedOn w:val="TableNormal"/>
    <w:uiPriority w:val="73"/>
    <w:rsid w:val="00CB0664"/>
    <w:pPr>
      <w:spacing w:after="0" w:line="240" w:lineRule="auto"/>
    </w:pPr>
    <w:rPr>
      <w:color w:val="000000" w:themeColor="text1"/>
    </w:rPr>
    <w:tblPr>
      <w:tblStyleRowBandSize w:val="1"/>
      <w:tblStyleColBandSize w:val="1"/>
      <w:tblBorders>
        <w:insideH w:val="single" w:sz="4" w:space="0" w:color="FFFFFF" w:themeColor="background1"/>
      </w:tblBorders>
    </w:tblPr>
    <w:tcPr>
      <w:shd w:val="clear" w:color="auto" w:fill="DAEEF3" w:themeFill="accent5" w:themeFillTint="33"/>
    </w:tcPr>
    <w:tblStylePr w:type="firstRow">
      <w:rPr>
        <w:b/>
        <w:bCs/>
      </w:rPr>
      <w:tblPr/>
      <w:tcPr>
        <w:shd w:val="clear" w:color="auto" w:fill="B6DDE8" w:themeFill="accent5" w:themeFillTint="66"/>
      </w:tcPr>
    </w:tblStylePr>
    <w:tblStylePr w:type="lastRow">
      <w:rPr>
        <w:b/>
        <w:bCs/>
        <w:color w:val="000000" w:themeColor="text1"/>
      </w:rPr>
      <w:tblPr/>
      <w:tcPr>
        <w:shd w:val="clear" w:color="auto" w:fill="B6DDE8" w:themeFill="accent5" w:themeFillTint="66"/>
      </w:tcPr>
    </w:tblStylePr>
    <w:tblStylePr w:type="firstCol">
      <w:rPr>
        <w:color w:val="FFFFFF" w:themeColor="background1"/>
      </w:rPr>
      <w:tblPr/>
      <w:tcPr>
        <w:shd w:val="clear" w:color="auto" w:fill="31849B" w:themeFill="accent5" w:themeFillShade="BF"/>
      </w:tcPr>
    </w:tblStylePr>
    <w:tblStylePr w:type="lastCol">
      <w:rPr>
        <w:color w:val="FFFFFF" w:themeColor="background1"/>
      </w:rPr>
      <w:tblPr/>
      <w:tcPr>
        <w:shd w:val="clear" w:color="auto" w:fill="31849B" w:themeFill="accent5" w:themeFillShade="BF"/>
      </w:tcPr>
    </w:tblStylePr>
    <w:tblStylePr w:type="band1Vert">
      <w:tblPr/>
      <w:tcPr>
        <w:shd w:val="clear" w:color="auto" w:fill="A5D5E2" w:themeFill="accent5" w:themeFillTint="7F"/>
      </w:tcPr>
    </w:tblStylePr>
    <w:tblStylePr w:type="band1Horz">
      <w:tblPr/>
      <w:tcPr>
        <w:shd w:val="clear" w:color="auto" w:fill="A5D5E2" w:themeFill="accent5" w:themeFillTint="7F"/>
      </w:tcPr>
    </w:tblStylePr>
  </w:style>
  <w:style w:type="table" w:styleId="ColorfulGrid-Accent6">
    <w:name w:val="Colorful Grid Accent 6"/>
    <w:basedOn w:val="TableNormal"/>
    <w:uiPriority w:val="73"/>
    <w:rsid w:val="00CB0664"/>
    <w:pPr>
      <w:spacing w:after="0" w:line="240" w:lineRule="auto"/>
    </w:pPr>
    <w:rPr>
      <w:color w:val="000000" w:themeColor="text1"/>
    </w:rPr>
    <w:tblPr>
      <w:tblStyleRowBandSize w:val="1"/>
      <w:tblStyleColBandSize w:val="1"/>
      <w:tblBorders>
        <w:insideH w:val="single" w:sz="4" w:space="0" w:color="FFFFFF" w:themeColor="background1"/>
      </w:tblBorders>
    </w:tblPr>
    <w:tcPr>
      <w:shd w:val="clear" w:color="auto" w:fill="FDE9D9" w:themeFill="accent6" w:themeFillTint="33"/>
    </w:tcPr>
    <w:tblStylePr w:type="firstRow">
      <w:rPr>
        <w:b/>
        <w:bCs/>
      </w:rPr>
      <w:tblPr/>
      <w:tcPr>
        <w:shd w:val="clear" w:color="auto" w:fill="FBD4B4" w:themeFill="accent6" w:themeFillTint="66"/>
      </w:tcPr>
    </w:tblStylePr>
    <w:tblStylePr w:type="lastRow">
      <w:rPr>
        <w:b/>
        <w:bCs/>
        <w:color w:val="000000" w:themeColor="text1"/>
      </w:rPr>
      <w:tblPr/>
      <w:tcPr>
        <w:shd w:val="clear" w:color="auto" w:fill="FBD4B4" w:themeFill="accent6" w:themeFillTint="66"/>
      </w:tcPr>
    </w:tblStylePr>
    <w:tblStylePr w:type="firstCol">
      <w:rPr>
        <w:color w:val="FFFFFF" w:themeColor="background1"/>
      </w:rPr>
      <w:tblPr/>
      <w:tcPr>
        <w:shd w:val="clear" w:color="auto" w:fill="E36C0A" w:themeFill="accent6" w:themeFillShade="BF"/>
      </w:tcPr>
    </w:tblStylePr>
    <w:tblStylePr w:type="lastCol">
      <w:rPr>
        <w:color w:val="FFFFFF" w:themeColor="background1"/>
      </w:rPr>
      <w:tblPr/>
      <w:tcPr>
        <w:shd w:val="clear" w:color="auto" w:fill="E36C0A" w:themeFill="accent6" w:themeFillShade="BF"/>
      </w:tcPr>
    </w:tblStylePr>
    <w:tblStylePr w:type="band1Vert">
      <w:tblPr/>
      <w:tcPr>
        <w:shd w:val="clear" w:color="auto" w:fill="FBCAA2" w:themeFill="accent6" w:themeFillTint="7F"/>
      </w:tcPr>
    </w:tblStylePr>
    <w:tblStylePr w:type="band1Horz">
      <w:tblPr/>
      <w:tcPr>
        <w:shd w:val="clear" w:color="auto" w:fill="FBCAA2" w:themeFill="accent6" w:themeFillTint="7F"/>
      </w:tcPr>
    </w:tblStyle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allowPNG/>
</w:webSettings>
</file>

<file path=word/_rels/document.xml.rels><?xml version="1.0" encoding="UTF-8" standalone="yes"?>
<Relationships xmlns="http://schemas.openxmlformats.org/package/2006/relationships"><Relationship Id="rId3" Type="http://schemas.openxmlformats.org/officeDocument/2006/relationships/styles" Target="styles.xml"/><Relationship Id="rId7"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0B0A7839-AE45-4ED1-AB3C-752E58C5467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2</Pages>
  <Words>683</Words>
  <Characters>3894</Characters>
  <Application>Microsoft Office Word</Application>
  <DocSecurity>0</DocSecurity>
  <Lines>32</Lines>
  <Paragraphs>9</Paragraphs>
  <ScaleCrop>false</ScaleCrop>
  <HeadingPairs>
    <vt:vector size="2" baseType="variant">
      <vt:variant>
        <vt:lpstr>Title</vt:lpstr>
      </vt:variant>
      <vt:variant>
        <vt:i4>1</vt:i4>
      </vt:variant>
    </vt:vector>
  </HeadingPairs>
  <TitlesOfParts>
    <vt:vector size="1" baseType="lpstr">
      <vt:lpstr/>
    </vt:vector>
  </TitlesOfParts>
  <Manager/>
  <Company/>
  <LinksUpToDate>false</LinksUpToDate>
  <CharactersWithSpaces>4568</CharactersWithSpaces>
  <SharedDoc>false</SharedDoc>
  <HyperlinkBase/>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python-docx</dc:creator>
  <cp:keywords/>
  <dc:description>generated by python-docx</dc:description>
  <cp:lastModifiedBy>Signup Solution</cp:lastModifiedBy>
  <cp:revision>2</cp:revision>
  <dcterms:created xsi:type="dcterms:W3CDTF">2013-12-23T23:15:00Z</dcterms:created>
  <dcterms:modified xsi:type="dcterms:W3CDTF">2025-01-14T13:44:00Z</dcterms:modified>
  <cp:category/>
</cp:coreProperties>
</file>